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28781" w14:textId="77777777" w:rsidR="00227AEA" w:rsidRPr="009E601E" w:rsidRDefault="003A52FF">
      <w:pPr>
        <w:spacing w:after="80"/>
        <w:jc w:val="center"/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  <w:b/>
          <w:sz w:val="32"/>
        </w:rPr>
        <w:t xml:space="preserve">COVERING LETTER / </w:t>
      </w:r>
      <w:proofErr w:type="spellStart"/>
      <w:r w:rsidRPr="009E601E">
        <w:rPr>
          <w:rFonts w:ascii="Mangal" w:eastAsia="Yu Gothic UI" w:hAnsi="Mangal" w:cs="Mangal"/>
          <w:b/>
          <w:sz w:val="32"/>
        </w:rPr>
        <w:t>अर्ज</w:t>
      </w:r>
      <w:proofErr w:type="spellEnd"/>
      <w:r w:rsidRPr="009E601E">
        <w:rPr>
          <w:rFonts w:ascii="Yu Gothic UI" w:eastAsia="Yu Gothic UI" w:hAnsi="Yu Gothic UI"/>
          <w:b/>
          <w:sz w:val="32"/>
        </w:rPr>
        <w:t xml:space="preserve"> </w:t>
      </w:r>
      <w:proofErr w:type="spellStart"/>
      <w:r w:rsidRPr="009E601E">
        <w:rPr>
          <w:rFonts w:ascii="Mangal" w:eastAsia="Yu Gothic UI" w:hAnsi="Mangal" w:cs="Mangal"/>
          <w:b/>
          <w:sz w:val="32"/>
        </w:rPr>
        <w:t>पत्र</w:t>
      </w:r>
      <w:proofErr w:type="spellEnd"/>
    </w:p>
    <w:p w14:paraId="0EB54518" w14:textId="7BD3CED8" w:rsidR="00227AEA" w:rsidRPr="009E601E" w:rsidRDefault="003A52FF">
      <w:pPr>
        <w:spacing w:after="320"/>
        <w:jc w:val="center"/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  <w:sz w:val="24"/>
        </w:rPr>
        <w:t xml:space="preserve">(Application for </w:t>
      </w:r>
      <w:r w:rsidR="00616347" w:rsidRPr="00616347">
        <w:rPr>
          <w:rFonts w:ascii="Yu Gothic UI" w:eastAsia="Yu Gothic UI" w:hAnsi="Yu Gothic UI"/>
          <w:sz w:val="24"/>
        </w:rPr>
        <w:t xml:space="preserve">DOMICILE CERTIFICATE </w:t>
      </w:r>
      <w:r w:rsidRPr="009E601E">
        <w:rPr>
          <w:rFonts w:ascii="Yu Gothic UI" w:eastAsia="Yu Gothic UI" w:hAnsi="Yu Gothic UI"/>
          <w:sz w:val="24"/>
        </w:rPr>
        <w:t xml:space="preserve">/ </w:t>
      </w:r>
      <w:proofErr w:type="spellStart"/>
      <w:r w:rsidR="00616347" w:rsidRPr="00616347">
        <w:rPr>
          <w:rFonts w:ascii="Mangal" w:eastAsia="Yu Gothic UI" w:hAnsi="Mangal" w:cs="Mangal"/>
          <w:sz w:val="24"/>
        </w:rPr>
        <w:t>अधिवास</w:t>
      </w:r>
      <w:proofErr w:type="spellEnd"/>
      <w:r w:rsidR="00616347" w:rsidRPr="00456DC7">
        <w:rPr>
          <w:rFonts w:ascii="Yu Gothic UI" w:eastAsia="Yu Gothic UI" w:hAnsi="Yu Gothic UI"/>
          <w:b/>
          <w:bCs/>
        </w:rPr>
        <w:t xml:space="preserve"> </w:t>
      </w:r>
      <w:proofErr w:type="spellStart"/>
      <w:r w:rsidRPr="009E601E">
        <w:rPr>
          <w:rFonts w:ascii="Mangal" w:eastAsia="Yu Gothic UI" w:hAnsi="Mangal" w:cs="Mangal"/>
          <w:sz w:val="24"/>
        </w:rPr>
        <w:t>प्रमाणपत्रासाठी</w:t>
      </w:r>
      <w:proofErr w:type="spellEnd"/>
      <w:r w:rsidRPr="009E601E">
        <w:rPr>
          <w:rFonts w:ascii="Yu Gothic UI" w:eastAsia="Yu Gothic UI" w:hAnsi="Yu Gothic UI"/>
          <w:sz w:val="24"/>
        </w:rPr>
        <w:t xml:space="preserve"> </w:t>
      </w:r>
      <w:proofErr w:type="spellStart"/>
      <w:r w:rsidRPr="009E601E">
        <w:rPr>
          <w:rFonts w:ascii="Mangal" w:eastAsia="Yu Gothic UI" w:hAnsi="Mangal" w:cs="Mangal"/>
          <w:sz w:val="24"/>
        </w:rPr>
        <w:t>अर्ज</w:t>
      </w:r>
      <w:proofErr w:type="spellEnd"/>
      <w:r w:rsidRPr="009E601E">
        <w:rPr>
          <w:rFonts w:ascii="Yu Gothic UI" w:eastAsia="Yu Gothic UI" w:hAnsi="Yu Gothic UI"/>
          <w:sz w:val="24"/>
        </w:rPr>
        <w:t>)</w:t>
      </w:r>
    </w:p>
    <w:p w14:paraId="5B286C7B" w14:textId="77777777" w:rsidR="00227AEA" w:rsidRPr="009E601E" w:rsidRDefault="003A52FF">
      <w:pPr>
        <w:spacing w:after="240"/>
        <w:jc w:val="right"/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</w:rPr>
        <w:t xml:space="preserve">Date / </w:t>
      </w:r>
      <w:proofErr w:type="spellStart"/>
      <w:r w:rsidRPr="006A2A59">
        <w:rPr>
          <w:rFonts w:ascii="Mangal" w:hAnsi="Mangal" w:cs="Mangal"/>
        </w:rPr>
        <w:t>दिनांक</w:t>
      </w:r>
      <w:proofErr w:type="spellEnd"/>
      <w:r w:rsidRPr="009E601E">
        <w:rPr>
          <w:rFonts w:ascii="Yu Gothic UI" w:eastAsia="Yu Gothic UI" w:hAnsi="Yu Gothic UI"/>
        </w:rPr>
        <w:t xml:space="preserve">: </w:t>
      </w:r>
      <w:r w:rsidR="006A2A59" w:rsidRPr="006A2A59">
        <w:rPr>
          <w:rFonts w:ascii="Yu Gothic UI" w:eastAsia="Yu Gothic UI" w:hAnsi="Yu Gothic UI" w:hint="eastAsia"/>
          <w:b/>
          <w:bCs/>
          <w:color w:val="1D4ED8"/>
        </w:rPr>
        <w:t>{</w:t>
      </w:r>
      <w:proofErr w:type="spellStart"/>
      <w:r w:rsidR="006A2A59" w:rsidRPr="006A2A59">
        <w:rPr>
          <w:rFonts w:ascii="Yu Gothic UI" w:eastAsia="Yu Gothic UI" w:hAnsi="Yu Gothic UI" w:hint="eastAsia"/>
          <w:b/>
          <w:bCs/>
          <w:color w:val="1D4ED8"/>
        </w:rPr>
        <w:t>exec_date</w:t>
      </w:r>
      <w:proofErr w:type="spellEnd"/>
      <w:r w:rsidR="006A2A59" w:rsidRPr="006A2A59">
        <w:rPr>
          <w:rFonts w:ascii="Yu Gothic UI" w:eastAsia="Yu Gothic UI" w:hAnsi="Yu Gothic UI" w:hint="eastAsia"/>
          <w:b/>
          <w:bCs/>
          <w:color w:val="1D4ED8"/>
        </w:rPr>
        <w:t>}</w:t>
      </w:r>
    </w:p>
    <w:p w14:paraId="38D67E74" w14:textId="77777777" w:rsidR="00227AEA" w:rsidRPr="009E601E" w:rsidRDefault="003A52FF">
      <w:pPr>
        <w:spacing w:after="40"/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  <w:b/>
        </w:rPr>
        <w:t>To,</w:t>
      </w:r>
    </w:p>
    <w:p w14:paraId="17BE04D4" w14:textId="77777777" w:rsidR="00227AEA" w:rsidRPr="009E601E" w:rsidRDefault="003A52FF">
      <w:pPr>
        <w:spacing w:after="40"/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  <w:b/>
        </w:rPr>
        <w:t xml:space="preserve">The Tehsildar / </w:t>
      </w:r>
      <w:proofErr w:type="spellStart"/>
      <w:r w:rsidRPr="009E601E">
        <w:rPr>
          <w:rFonts w:ascii="Mangal" w:eastAsia="Yu Gothic UI" w:hAnsi="Mangal" w:cs="Mangal"/>
          <w:b/>
        </w:rPr>
        <w:t>तहसीलदार</w:t>
      </w:r>
      <w:proofErr w:type="spellEnd"/>
      <w:r w:rsidRPr="009E601E">
        <w:rPr>
          <w:rFonts w:ascii="Yu Gothic UI" w:eastAsia="Yu Gothic UI" w:hAnsi="Yu Gothic UI"/>
          <w:b/>
        </w:rPr>
        <w:t>,</w:t>
      </w:r>
    </w:p>
    <w:p w14:paraId="6FCC06F0" w14:textId="77777777" w:rsidR="00227AEA" w:rsidRPr="009E601E" w:rsidRDefault="00C96FDC">
      <w:pPr>
        <w:spacing w:after="40"/>
        <w:rPr>
          <w:rFonts w:ascii="Yu Gothic UI" w:eastAsia="Yu Gothic UI" w:hAnsi="Yu Gothic UI"/>
        </w:rPr>
      </w:pPr>
      <w:r w:rsidRPr="00C96FDC">
        <w:rPr>
          <w:rFonts w:ascii="Yu Gothic UI" w:eastAsia="Yu Gothic UI" w:hAnsi="Yu Gothic UI" w:hint="eastAsia"/>
        </w:rPr>
        <w:t xml:space="preserve">Taluka: </w:t>
      </w:r>
      <w:r w:rsidRPr="00C96FDC">
        <w:rPr>
          <w:rFonts w:ascii="Yu Gothic UI" w:eastAsia="Yu Gothic UI" w:hAnsi="Yu Gothic UI" w:hint="eastAsia"/>
          <w:b/>
          <w:bCs/>
          <w:color w:val="1D4ED8"/>
        </w:rPr>
        <w:t>{taluka</w:t>
      </w:r>
      <w:proofErr w:type="gramStart"/>
      <w:r w:rsidRPr="00C96FDC">
        <w:rPr>
          <w:rFonts w:ascii="Yu Gothic UI" w:eastAsia="Yu Gothic UI" w:hAnsi="Yu Gothic UI" w:hint="eastAsia"/>
          <w:b/>
          <w:bCs/>
          <w:color w:val="1D4ED8"/>
        </w:rPr>
        <w:t>}</w:t>
      </w:r>
      <w:r w:rsidRPr="00C96FDC">
        <w:rPr>
          <w:rFonts w:ascii="Yu Gothic UI" w:eastAsia="Yu Gothic UI" w:hAnsi="Yu Gothic UI" w:hint="eastAsia"/>
        </w:rPr>
        <w:t>,  District</w:t>
      </w:r>
      <w:proofErr w:type="gramEnd"/>
      <w:r w:rsidRPr="00C96FDC">
        <w:rPr>
          <w:rFonts w:ascii="Yu Gothic UI" w:eastAsia="Yu Gothic UI" w:hAnsi="Yu Gothic UI" w:hint="eastAsia"/>
        </w:rPr>
        <w:t xml:space="preserve">: </w:t>
      </w:r>
      <w:r w:rsidRPr="00C96FDC">
        <w:rPr>
          <w:rFonts w:ascii="Yu Gothic UI" w:eastAsia="Yu Gothic UI" w:hAnsi="Yu Gothic UI" w:hint="eastAsia"/>
          <w:b/>
          <w:bCs/>
          <w:color w:val="1D4ED8"/>
        </w:rPr>
        <w:t>{district}</w:t>
      </w:r>
    </w:p>
    <w:p w14:paraId="013321CC" w14:textId="77777777" w:rsidR="00227AEA" w:rsidRPr="009E601E" w:rsidRDefault="003A52FF">
      <w:pPr>
        <w:spacing w:after="280"/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</w:rPr>
        <w:t>Maharashtra.</w:t>
      </w:r>
    </w:p>
    <w:p w14:paraId="68C62D95" w14:textId="67C03FE0" w:rsidR="00456DC7" w:rsidRPr="00456DC7" w:rsidRDefault="003A52FF" w:rsidP="00456DC7">
      <w:pPr>
        <w:spacing w:after="80"/>
        <w:jc w:val="both"/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  <w:b/>
        </w:rPr>
        <w:t xml:space="preserve">Subject: </w:t>
      </w:r>
      <w:r w:rsidR="00456DC7" w:rsidRPr="00456DC7">
        <w:rPr>
          <w:rFonts w:ascii="Yu Gothic UI" w:eastAsia="Yu Gothic UI" w:hAnsi="Yu Gothic UI"/>
        </w:rPr>
        <w:t>Application for issue of Age, Nationality, and Domicile Certificate under the Maharashtra Right to</w:t>
      </w:r>
      <w:r w:rsidR="00456DC7">
        <w:rPr>
          <w:rFonts w:ascii="Yu Gothic UI" w:eastAsia="Yu Gothic UI" w:hAnsi="Yu Gothic UI"/>
        </w:rPr>
        <w:t xml:space="preserve"> </w:t>
      </w:r>
      <w:r w:rsidR="00456DC7" w:rsidRPr="00456DC7">
        <w:rPr>
          <w:rFonts w:ascii="Yu Gothic UI" w:eastAsia="Yu Gothic UI" w:hAnsi="Yu Gothic UI"/>
        </w:rPr>
        <w:t>Public Services Act, 2015.</w:t>
      </w:r>
    </w:p>
    <w:p w14:paraId="15CFA504" w14:textId="77777777" w:rsidR="00456DC7" w:rsidRPr="00456DC7" w:rsidRDefault="00456DC7" w:rsidP="00456DC7">
      <w:pPr>
        <w:spacing w:after="80"/>
        <w:jc w:val="both"/>
        <w:rPr>
          <w:rFonts w:ascii="Yu Gothic UI" w:eastAsia="Yu Gothic UI" w:hAnsi="Yu Gothic UI"/>
        </w:rPr>
      </w:pPr>
      <w:proofErr w:type="spellStart"/>
      <w:r w:rsidRPr="00456DC7">
        <w:rPr>
          <w:rFonts w:ascii="Mangal" w:eastAsia="Yu Gothic UI" w:hAnsi="Mangal" w:cs="Mangal"/>
        </w:rPr>
        <w:t>विषय</w:t>
      </w:r>
      <w:proofErr w:type="spellEnd"/>
      <w:r w:rsidRPr="00456DC7">
        <w:rPr>
          <w:rFonts w:ascii="Yu Gothic UI" w:eastAsia="Yu Gothic UI" w:hAnsi="Yu Gothic UI"/>
        </w:rPr>
        <w:t xml:space="preserve">: </w:t>
      </w:r>
      <w:proofErr w:type="spellStart"/>
      <w:r w:rsidRPr="00456DC7">
        <w:rPr>
          <w:rFonts w:ascii="Mangal" w:eastAsia="Yu Gothic UI" w:hAnsi="Mangal" w:cs="Mangal"/>
        </w:rPr>
        <w:t>महाराष्ट्र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लोकसेवा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हक्क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अधिनियम</w:t>
      </w:r>
      <w:proofErr w:type="spellEnd"/>
      <w:r w:rsidRPr="00456DC7">
        <w:rPr>
          <w:rFonts w:ascii="Yu Gothic UI" w:eastAsia="Yu Gothic UI" w:hAnsi="Yu Gothic UI"/>
        </w:rPr>
        <w:t xml:space="preserve">, </w:t>
      </w:r>
      <w:r w:rsidRPr="00456DC7">
        <w:rPr>
          <w:rFonts w:ascii="Mangal" w:eastAsia="Yu Gothic UI" w:hAnsi="Mangal" w:cs="Mangal"/>
        </w:rPr>
        <w:t>२०१५</w:t>
      </w:r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अंतर्गत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वय</w:t>
      </w:r>
      <w:proofErr w:type="spellEnd"/>
      <w:r w:rsidRPr="00456DC7">
        <w:rPr>
          <w:rFonts w:ascii="Yu Gothic UI" w:eastAsia="Yu Gothic UI" w:hAnsi="Yu Gothic UI"/>
        </w:rPr>
        <w:t xml:space="preserve">, </w:t>
      </w:r>
      <w:proofErr w:type="spellStart"/>
      <w:r w:rsidRPr="00456DC7">
        <w:rPr>
          <w:rFonts w:ascii="Mangal" w:eastAsia="Yu Gothic UI" w:hAnsi="Mangal" w:cs="Mangal"/>
        </w:rPr>
        <w:t>राष्ट्रीयत्व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आणि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अधिवास</w:t>
      </w:r>
      <w:proofErr w:type="spellEnd"/>
      <w:r w:rsidRPr="00456DC7">
        <w:rPr>
          <w:rFonts w:ascii="Yu Gothic UI" w:eastAsia="Yu Gothic UI" w:hAnsi="Yu Gothic UI"/>
        </w:rPr>
        <w:t xml:space="preserve"> (Domicile) </w:t>
      </w:r>
      <w:proofErr w:type="spellStart"/>
      <w:r w:rsidRPr="00456DC7">
        <w:rPr>
          <w:rFonts w:ascii="Mangal" w:eastAsia="Yu Gothic UI" w:hAnsi="Mangal" w:cs="Mangal"/>
        </w:rPr>
        <w:t>प्रमाणपत्र</w:t>
      </w:r>
      <w:proofErr w:type="spellEnd"/>
    </w:p>
    <w:p w14:paraId="6D9E3FC0" w14:textId="77777777" w:rsidR="00456DC7" w:rsidRDefault="00456DC7" w:rsidP="00456DC7">
      <w:pPr>
        <w:spacing w:after="80"/>
        <w:jc w:val="both"/>
        <w:rPr>
          <w:rFonts w:ascii="Yu Gothic UI" w:eastAsia="Yu Gothic UI" w:hAnsi="Yu Gothic UI"/>
        </w:rPr>
      </w:pPr>
      <w:proofErr w:type="spellStart"/>
      <w:r w:rsidRPr="00456DC7">
        <w:rPr>
          <w:rFonts w:ascii="Mangal" w:eastAsia="Yu Gothic UI" w:hAnsi="Mangal" w:cs="Mangal"/>
        </w:rPr>
        <w:t>मिळण्यासाठी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अर्ज</w:t>
      </w:r>
      <w:proofErr w:type="spellEnd"/>
      <w:r w:rsidRPr="00456DC7">
        <w:rPr>
          <w:rFonts w:ascii="Yu Gothic UI" w:eastAsia="Yu Gothic UI" w:hAnsi="Yu Gothic UI"/>
        </w:rPr>
        <w:t>.</w:t>
      </w:r>
    </w:p>
    <w:p w14:paraId="125BB608" w14:textId="77777777" w:rsidR="00456DC7" w:rsidRDefault="00456DC7" w:rsidP="00456DC7">
      <w:pPr>
        <w:spacing w:after="80"/>
        <w:jc w:val="both"/>
        <w:rPr>
          <w:rFonts w:ascii="Yu Gothic UI" w:eastAsia="Yu Gothic UI" w:hAnsi="Yu Gothic UI"/>
        </w:rPr>
      </w:pPr>
    </w:p>
    <w:p w14:paraId="22C68237" w14:textId="6B00A235" w:rsidR="00227AEA" w:rsidRPr="009E601E" w:rsidRDefault="003A52FF" w:rsidP="00456DC7">
      <w:pPr>
        <w:spacing w:after="80"/>
        <w:jc w:val="both"/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</w:rPr>
        <w:t xml:space="preserve">Respected </w:t>
      </w:r>
      <w:proofErr w:type="gramStart"/>
      <w:r w:rsidRPr="009E601E">
        <w:rPr>
          <w:rFonts w:ascii="Yu Gothic UI" w:eastAsia="Yu Gothic UI" w:hAnsi="Yu Gothic UI"/>
        </w:rPr>
        <w:t>Sir / Madam,  /</w:t>
      </w:r>
      <w:proofErr w:type="gramEnd"/>
      <w:r w:rsidRPr="009E601E">
        <w:rPr>
          <w:rFonts w:ascii="Yu Gothic UI" w:eastAsia="Yu Gothic UI" w:hAnsi="Yu Gothic UI"/>
        </w:rPr>
        <w:t xml:space="preserve">  </w:t>
      </w:r>
      <w:proofErr w:type="spellStart"/>
      <w:r w:rsidRPr="009E601E">
        <w:rPr>
          <w:rFonts w:ascii="Mangal" w:eastAsia="Yu Gothic UI" w:hAnsi="Mangal" w:cs="Mangal"/>
        </w:rPr>
        <w:t>महोदय</w:t>
      </w:r>
      <w:proofErr w:type="spellEnd"/>
      <w:r w:rsidRPr="009E601E">
        <w:rPr>
          <w:rFonts w:ascii="Yu Gothic UI" w:eastAsia="Yu Gothic UI" w:hAnsi="Yu Gothic UI"/>
        </w:rPr>
        <w:t xml:space="preserve"> / </w:t>
      </w:r>
      <w:proofErr w:type="spellStart"/>
      <w:r w:rsidRPr="009E601E">
        <w:rPr>
          <w:rFonts w:ascii="Mangal" w:eastAsia="Yu Gothic UI" w:hAnsi="Mangal" w:cs="Mangal"/>
        </w:rPr>
        <w:t>महोदया</w:t>
      </w:r>
      <w:proofErr w:type="spellEnd"/>
      <w:r w:rsidRPr="009E601E">
        <w:rPr>
          <w:rFonts w:ascii="Yu Gothic UI" w:eastAsia="Yu Gothic UI" w:hAnsi="Yu Gothic UI"/>
        </w:rPr>
        <w:t>,</w:t>
      </w:r>
    </w:p>
    <w:p w14:paraId="26909C93" w14:textId="77777777" w:rsidR="00C044ED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 xml:space="preserve">I, </w:t>
      </w:r>
      <w:r w:rsidR="00C044ED">
        <w:rPr>
          <w:rFonts w:ascii="Yu Gothic UI" w:eastAsia="Yu Gothic UI" w:hAnsi="Yu Gothic UI"/>
        </w:rPr>
        <w:t>_____________________________________</w:t>
      </w:r>
      <w:proofErr w:type="gramStart"/>
      <w:r w:rsidR="00C044ED">
        <w:rPr>
          <w:rFonts w:ascii="Yu Gothic UI" w:eastAsia="Yu Gothic UI" w:hAnsi="Yu Gothic UI"/>
        </w:rPr>
        <w:t>_</w:t>
      </w:r>
      <w:r w:rsidRPr="00456DC7">
        <w:rPr>
          <w:rFonts w:ascii="Yu Gothic UI" w:eastAsia="Yu Gothic UI" w:hAnsi="Yu Gothic UI"/>
        </w:rPr>
        <w:t>,  aged</w:t>
      </w:r>
      <w:proofErr w:type="gramEnd"/>
      <w:r w:rsidRPr="00456DC7">
        <w:rPr>
          <w:rFonts w:ascii="Yu Gothic UI" w:eastAsia="Yu Gothic UI" w:hAnsi="Yu Gothic UI"/>
        </w:rPr>
        <w:t xml:space="preserve"> </w:t>
      </w:r>
      <w:r w:rsidR="00C044ED">
        <w:rPr>
          <w:rFonts w:ascii="Yu Gothic UI" w:eastAsia="Yu Gothic UI" w:hAnsi="Yu Gothic UI"/>
        </w:rPr>
        <w:t>__</w:t>
      </w:r>
      <w:r w:rsidRPr="00456DC7">
        <w:rPr>
          <w:rFonts w:ascii="Yu Gothic UI" w:eastAsia="Yu Gothic UI" w:hAnsi="Yu Gothic UI"/>
        </w:rPr>
        <w:t xml:space="preserve"> years, residing at </w:t>
      </w:r>
      <w:r w:rsidR="00C044ED">
        <w:rPr>
          <w:rFonts w:ascii="Yu Gothic UI" w:eastAsia="Yu Gothic UI" w:hAnsi="Yu Gothic UI"/>
        </w:rPr>
        <w:t>_____________</w:t>
      </w:r>
    </w:p>
    <w:p w14:paraId="12A7B7A8" w14:textId="77777777" w:rsidR="00C044ED" w:rsidRDefault="00C044ED" w:rsidP="00456DC7">
      <w:pPr>
        <w:spacing w:after="240"/>
        <w:jc w:val="both"/>
        <w:rPr>
          <w:rFonts w:ascii="Yu Gothic UI" w:eastAsia="Yu Gothic UI" w:hAnsi="Yu Gothic UI"/>
        </w:rPr>
      </w:pPr>
    </w:p>
    <w:p w14:paraId="0A0FA0A8" w14:textId="4A6EEB91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 xml:space="preserve">, Taluka: </w:t>
      </w:r>
      <w:r w:rsidR="00C044ED">
        <w:rPr>
          <w:rFonts w:ascii="Yu Gothic UI" w:eastAsia="Yu Gothic UI" w:hAnsi="Yu Gothic UI"/>
        </w:rPr>
        <w:t>______________</w:t>
      </w:r>
      <w:r w:rsidRPr="00456DC7">
        <w:rPr>
          <w:rFonts w:ascii="Yu Gothic UI" w:eastAsia="Yu Gothic UI" w:hAnsi="Yu Gothic UI"/>
        </w:rPr>
        <w:t xml:space="preserve">, District: </w:t>
      </w:r>
      <w:r w:rsidR="00C044ED">
        <w:rPr>
          <w:rFonts w:ascii="Yu Gothic UI" w:eastAsia="Yu Gothic UI" w:hAnsi="Yu Gothic UI"/>
        </w:rPr>
        <w:t>________________</w:t>
      </w:r>
      <w:r w:rsidRPr="00456DC7">
        <w:rPr>
          <w:rFonts w:ascii="Yu Gothic UI" w:eastAsia="Yu Gothic UI" w:hAnsi="Yu Gothic UI"/>
        </w:rPr>
        <w:t>,</w:t>
      </w:r>
      <w:r>
        <w:rPr>
          <w:rFonts w:ascii="Yu Gothic UI" w:eastAsia="Yu Gothic UI" w:hAnsi="Yu Gothic UI"/>
        </w:rPr>
        <w:t xml:space="preserve"> </w:t>
      </w:r>
      <w:r w:rsidRPr="00456DC7">
        <w:rPr>
          <w:rFonts w:ascii="Yu Gothic UI" w:eastAsia="Yu Gothic UI" w:hAnsi="Yu Gothic UI"/>
        </w:rPr>
        <w:t xml:space="preserve">Maharashtra, Aadhaar No.: </w:t>
      </w:r>
      <w:r w:rsidR="00C044ED">
        <w:rPr>
          <w:rFonts w:ascii="Yu Gothic UI" w:eastAsia="Yu Gothic UI" w:hAnsi="Yu Gothic UI"/>
        </w:rPr>
        <w:t>________________</w:t>
      </w:r>
      <w:r w:rsidRPr="00456DC7">
        <w:rPr>
          <w:rFonts w:ascii="Yu Gothic UI" w:eastAsia="Yu Gothic UI" w:hAnsi="Yu Gothic UI"/>
        </w:rPr>
        <w:t>, respectfully submit this application for issue of an Age, Nationality, and</w:t>
      </w:r>
      <w:r>
        <w:rPr>
          <w:rFonts w:ascii="Yu Gothic UI" w:eastAsia="Yu Gothic UI" w:hAnsi="Yu Gothic UI"/>
        </w:rPr>
        <w:t xml:space="preserve"> </w:t>
      </w:r>
      <w:r w:rsidRPr="00456DC7">
        <w:rPr>
          <w:rFonts w:ascii="Yu Gothic UI" w:eastAsia="Yu Gothic UI" w:hAnsi="Yu Gothic UI"/>
        </w:rPr>
        <w:t>Domicile Certificate.</w:t>
      </w:r>
    </w:p>
    <w:p w14:paraId="0BB0D84C" w14:textId="77777777" w:rsidR="00C044ED" w:rsidRDefault="00456DC7" w:rsidP="00456DC7">
      <w:pPr>
        <w:spacing w:after="240"/>
        <w:jc w:val="both"/>
        <w:rPr>
          <w:rFonts w:ascii="Yu Gothic UI" w:eastAsia="Yu Gothic UI" w:hAnsi="Yu Gothic UI"/>
        </w:rPr>
      </w:pPr>
      <w:proofErr w:type="spellStart"/>
      <w:r w:rsidRPr="00456DC7">
        <w:rPr>
          <w:rFonts w:ascii="Mangal" w:eastAsia="Yu Gothic UI" w:hAnsi="Mangal" w:cs="Mangal"/>
        </w:rPr>
        <w:t>मी</w:t>
      </w:r>
      <w:proofErr w:type="spellEnd"/>
      <w:r w:rsidRPr="00456DC7">
        <w:rPr>
          <w:rFonts w:ascii="Yu Gothic UI" w:eastAsia="Yu Gothic UI" w:hAnsi="Yu Gothic UI"/>
        </w:rPr>
        <w:t>,</w:t>
      </w:r>
      <w:r w:rsidR="00C044ED">
        <w:rPr>
          <w:rFonts w:ascii="Yu Gothic UI" w:eastAsia="Yu Gothic UI" w:hAnsi="Yu Gothic UI"/>
        </w:rPr>
        <w:t xml:space="preserve"> </w:t>
      </w:r>
      <w:r w:rsidR="00C044ED">
        <w:rPr>
          <w:rFonts w:ascii="Yu Gothic UI" w:eastAsia="Yu Gothic UI" w:hAnsi="Yu Gothic UI"/>
        </w:rPr>
        <w:t>______________________________________</w:t>
      </w:r>
      <w:r w:rsidRPr="00456DC7">
        <w:rPr>
          <w:rFonts w:ascii="Yu Gothic UI" w:eastAsia="Yu Gothic UI" w:hAnsi="Yu Gothic UI"/>
        </w:rPr>
        <w:t xml:space="preserve">, </w:t>
      </w:r>
      <w:proofErr w:type="spellStart"/>
      <w:r w:rsidRPr="00456DC7">
        <w:rPr>
          <w:rFonts w:ascii="Mangal" w:eastAsia="Yu Gothic UI" w:hAnsi="Mangal" w:cs="Mangal"/>
        </w:rPr>
        <w:t>वय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r w:rsidR="00C044ED">
        <w:rPr>
          <w:rFonts w:ascii="Yu Gothic UI" w:eastAsia="Yu Gothic UI" w:hAnsi="Yu Gothic UI"/>
        </w:rPr>
        <w:t>___</w:t>
      </w:r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वर्षे</w:t>
      </w:r>
      <w:proofErr w:type="spellEnd"/>
      <w:r w:rsidRPr="00456DC7">
        <w:rPr>
          <w:rFonts w:ascii="Yu Gothic UI" w:eastAsia="Yu Gothic UI" w:hAnsi="Yu Gothic UI"/>
        </w:rPr>
        <w:t xml:space="preserve">, </w:t>
      </w:r>
      <w:proofErr w:type="spellStart"/>
      <w:r w:rsidRPr="00456DC7">
        <w:rPr>
          <w:rFonts w:ascii="Mangal" w:eastAsia="Yu Gothic UI" w:hAnsi="Mangal" w:cs="Mangal"/>
        </w:rPr>
        <w:t>रहिवासी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r w:rsidR="00C044ED">
        <w:rPr>
          <w:rFonts w:ascii="Yu Gothic UI" w:eastAsia="Yu Gothic UI" w:hAnsi="Yu Gothic UI"/>
        </w:rPr>
        <w:t>_____________</w:t>
      </w:r>
    </w:p>
    <w:p w14:paraId="6BAE8F1C" w14:textId="77777777" w:rsidR="00C044ED" w:rsidRDefault="00C044ED" w:rsidP="00456DC7">
      <w:pPr>
        <w:spacing w:after="240"/>
        <w:jc w:val="both"/>
        <w:rPr>
          <w:rFonts w:ascii="Yu Gothic UI" w:eastAsia="Yu Gothic UI" w:hAnsi="Yu Gothic UI"/>
        </w:rPr>
      </w:pPr>
    </w:p>
    <w:p w14:paraId="675EE332" w14:textId="685008B5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proofErr w:type="spellStart"/>
      <w:r w:rsidRPr="00456DC7">
        <w:rPr>
          <w:rFonts w:ascii="Mangal" w:eastAsia="Yu Gothic UI" w:hAnsi="Mangal" w:cs="Mangal"/>
        </w:rPr>
        <w:t>तालुका</w:t>
      </w:r>
      <w:proofErr w:type="spellEnd"/>
      <w:r w:rsidRPr="00456DC7">
        <w:rPr>
          <w:rFonts w:ascii="Yu Gothic UI" w:eastAsia="Yu Gothic UI" w:hAnsi="Yu Gothic UI"/>
        </w:rPr>
        <w:t xml:space="preserve">: </w:t>
      </w:r>
      <w:r w:rsidR="00C044ED">
        <w:rPr>
          <w:rFonts w:ascii="Yu Gothic UI" w:eastAsia="Yu Gothic UI" w:hAnsi="Yu Gothic UI"/>
        </w:rPr>
        <w:t>________________</w:t>
      </w:r>
      <w:r w:rsidRPr="00456DC7">
        <w:rPr>
          <w:rFonts w:ascii="Yu Gothic UI" w:eastAsia="Yu Gothic UI" w:hAnsi="Yu Gothic UI"/>
        </w:rPr>
        <w:t xml:space="preserve">, </w:t>
      </w:r>
      <w:proofErr w:type="spellStart"/>
      <w:r w:rsidRPr="00456DC7">
        <w:rPr>
          <w:rFonts w:ascii="Mangal" w:eastAsia="Yu Gothic UI" w:hAnsi="Mangal" w:cs="Mangal"/>
        </w:rPr>
        <w:t>जिल्हा</w:t>
      </w:r>
      <w:proofErr w:type="spellEnd"/>
      <w:r w:rsidRPr="00456DC7">
        <w:rPr>
          <w:rFonts w:ascii="Yu Gothic UI" w:eastAsia="Yu Gothic UI" w:hAnsi="Yu Gothic UI"/>
        </w:rPr>
        <w:t xml:space="preserve">: </w:t>
      </w:r>
      <w:r w:rsidR="00C044ED">
        <w:rPr>
          <w:rFonts w:ascii="Yu Gothic UI" w:eastAsia="Yu Gothic UI" w:hAnsi="Yu Gothic UI"/>
        </w:rPr>
        <w:t>_______________</w:t>
      </w:r>
      <w:proofErr w:type="gramStart"/>
      <w:r w:rsidR="00C044ED">
        <w:rPr>
          <w:rFonts w:ascii="Yu Gothic UI" w:eastAsia="Yu Gothic UI" w:hAnsi="Yu Gothic UI"/>
        </w:rPr>
        <w:t>_</w:t>
      </w:r>
      <w:r w:rsidR="00C044ED" w:rsidRPr="00456DC7">
        <w:rPr>
          <w:rFonts w:ascii="Yu Gothic UI" w:eastAsia="Yu Gothic UI" w:hAnsi="Yu Gothic UI"/>
        </w:rPr>
        <w:t>,</w:t>
      </w:r>
      <w:r w:rsidRPr="00456DC7">
        <w:rPr>
          <w:rFonts w:ascii="Yu Gothic UI" w:eastAsia="Yu Gothic UI" w:hAnsi="Yu Gothic UI"/>
        </w:rPr>
        <w:t>,</w:t>
      </w:r>
      <w:proofErr w:type="gram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महाराष्ट्र</w:t>
      </w:r>
      <w:proofErr w:type="spellEnd"/>
      <w:r w:rsidRPr="00456DC7">
        <w:rPr>
          <w:rFonts w:ascii="Yu Gothic UI" w:eastAsia="Yu Gothic UI" w:hAnsi="Yu Gothic UI"/>
        </w:rPr>
        <w:t>,</w:t>
      </w:r>
      <w:r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आधार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क्र</w:t>
      </w:r>
      <w:proofErr w:type="spellEnd"/>
      <w:r w:rsidRPr="00456DC7">
        <w:rPr>
          <w:rFonts w:ascii="Yu Gothic UI" w:eastAsia="Yu Gothic UI" w:hAnsi="Yu Gothic UI"/>
        </w:rPr>
        <w:t xml:space="preserve">.: </w:t>
      </w:r>
      <w:r w:rsidR="00C044ED">
        <w:rPr>
          <w:rFonts w:ascii="Yu Gothic UI" w:eastAsia="Yu Gothic UI" w:hAnsi="Yu Gothic UI"/>
        </w:rPr>
        <w:t>________________</w:t>
      </w:r>
      <w:r w:rsidR="00C044ED" w:rsidRPr="00456DC7">
        <w:rPr>
          <w:rFonts w:ascii="Yu Gothic UI" w:eastAsia="Yu Gothic UI" w:hAnsi="Yu Gothic UI"/>
        </w:rPr>
        <w:t xml:space="preserve">, </w:t>
      </w:r>
      <w:proofErr w:type="spellStart"/>
      <w:r w:rsidRPr="00456DC7">
        <w:rPr>
          <w:rFonts w:ascii="Mangal" w:eastAsia="Yu Gothic UI" w:hAnsi="Mangal" w:cs="Mangal"/>
        </w:rPr>
        <w:t>वय</w:t>
      </w:r>
      <w:proofErr w:type="spellEnd"/>
      <w:r w:rsidRPr="00456DC7">
        <w:rPr>
          <w:rFonts w:ascii="Yu Gothic UI" w:eastAsia="Yu Gothic UI" w:hAnsi="Yu Gothic UI"/>
        </w:rPr>
        <w:t xml:space="preserve">, </w:t>
      </w:r>
      <w:proofErr w:type="spellStart"/>
      <w:r w:rsidRPr="00456DC7">
        <w:rPr>
          <w:rFonts w:ascii="Mangal" w:eastAsia="Yu Gothic UI" w:hAnsi="Mangal" w:cs="Mangal"/>
        </w:rPr>
        <w:t>राष्ट्रीयत्व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आणि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अधिवास</w:t>
      </w:r>
      <w:proofErr w:type="spellEnd"/>
      <w:r w:rsidRPr="00456DC7">
        <w:rPr>
          <w:rFonts w:ascii="Yu Gothic UI" w:eastAsia="Yu Gothic UI" w:hAnsi="Yu Gothic UI"/>
        </w:rPr>
        <w:t xml:space="preserve"> (Domicile) </w:t>
      </w:r>
      <w:proofErr w:type="spellStart"/>
      <w:r w:rsidRPr="00456DC7">
        <w:rPr>
          <w:rFonts w:ascii="Mangal" w:eastAsia="Yu Gothic UI" w:hAnsi="Mangal" w:cs="Mangal"/>
        </w:rPr>
        <w:t>प्रमाणपत्रासाठी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विनम्रपणे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अर्ज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करत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आहे</w:t>
      </w:r>
      <w:proofErr w:type="spellEnd"/>
      <w:r w:rsidRPr="00456DC7">
        <w:rPr>
          <w:rFonts w:ascii="Yu Gothic UI" w:eastAsia="Yu Gothic UI" w:hAnsi="Yu Gothic UI"/>
        </w:rPr>
        <w:t>.</w:t>
      </w:r>
    </w:p>
    <w:p w14:paraId="6E247F56" w14:textId="30D6D064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lastRenderedPageBreak/>
        <w:t>I declare that I am a citizen of India by birth / domicile and have been continuously residing in the State of</w:t>
      </w:r>
      <w:r>
        <w:rPr>
          <w:rFonts w:ascii="Yu Gothic UI" w:eastAsia="Yu Gothic UI" w:hAnsi="Yu Gothic UI"/>
        </w:rPr>
        <w:t xml:space="preserve"> </w:t>
      </w:r>
      <w:r w:rsidRPr="00456DC7">
        <w:rPr>
          <w:rFonts w:ascii="Yu Gothic UI" w:eastAsia="Yu Gothic UI" w:hAnsi="Yu Gothic UI"/>
        </w:rPr>
        <w:t xml:space="preserve">Maharashtra since </w:t>
      </w:r>
      <w:r w:rsidR="00C044ED">
        <w:rPr>
          <w:rFonts w:ascii="Yu Gothic UI" w:eastAsia="Yu Gothic UI" w:hAnsi="Yu Gothic UI"/>
        </w:rPr>
        <w:t>___</w:t>
      </w:r>
      <w:r w:rsidRPr="00456DC7">
        <w:rPr>
          <w:rFonts w:ascii="Yu Gothic UI" w:eastAsia="Yu Gothic UI" w:hAnsi="Yu Gothic UI"/>
        </w:rPr>
        <w:t xml:space="preserve"> (for more than 15 years). I was born at </w:t>
      </w:r>
      <w:r w:rsidR="00C044ED">
        <w:rPr>
          <w:rFonts w:ascii="Yu Gothic UI" w:eastAsia="Yu Gothic UI" w:hAnsi="Yu Gothic UI"/>
        </w:rPr>
        <w:t>______________</w:t>
      </w:r>
      <w:r w:rsidRPr="00456DC7">
        <w:rPr>
          <w:rFonts w:ascii="Yu Gothic UI" w:eastAsia="Yu Gothic UI" w:hAnsi="Yu Gothic UI"/>
        </w:rPr>
        <w:t>and studied at</w:t>
      </w:r>
      <w:r>
        <w:rPr>
          <w:rFonts w:ascii="Yu Gothic UI" w:eastAsia="Yu Gothic UI" w:hAnsi="Yu Gothic UI"/>
        </w:rPr>
        <w:t xml:space="preserve"> </w:t>
      </w:r>
      <w:r w:rsidR="00C044ED">
        <w:rPr>
          <w:rFonts w:ascii="Yu Gothic UI" w:eastAsia="Yu Gothic UI" w:hAnsi="Yu Gothic UI"/>
        </w:rPr>
        <w:t>__________________</w:t>
      </w:r>
      <w:r w:rsidRPr="00456DC7">
        <w:rPr>
          <w:rFonts w:ascii="Yu Gothic UI" w:eastAsia="Yu Gothic UI" w:hAnsi="Yu Gothic UI"/>
        </w:rPr>
        <w:t xml:space="preserve">. I require this certificate for the purpose of </w:t>
      </w:r>
      <w:r w:rsidR="00C044ED">
        <w:rPr>
          <w:rFonts w:ascii="Yu Gothic UI" w:eastAsia="Yu Gothic UI" w:hAnsi="Yu Gothic UI"/>
        </w:rPr>
        <w:t>_________________________________</w:t>
      </w:r>
      <w:r w:rsidRPr="00456DC7">
        <w:rPr>
          <w:rFonts w:ascii="Yu Gothic UI" w:eastAsia="Yu Gothic UI" w:hAnsi="Yu Gothic UI"/>
        </w:rPr>
        <w:t>. I have not applied for or obtained a Domicile</w:t>
      </w:r>
      <w:r>
        <w:rPr>
          <w:rFonts w:ascii="Yu Gothic UI" w:eastAsia="Yu Gothic UI" w:hAnsi="Yu Gothic UI"/>
        </w:rPr>
        <w:t xml:space="preserve"> </w:t>
      </w:r>
      <w:r w:rsidRPr="00456DC7">
        <w:rPr>
          <w:rFonts w:ascii="Yu Gothic UI" w:eastAsia="Yu Gothic UI" w:hAnsi="Yu Gothic UI"/>
        </w:rPr>
        <w:t>Certificate from any other State or Union Territory in India.</w:t>
      </w:r>
    </w:p>
    <w:p w14:paraId="5CADABF5" w14:textId="6B9A791B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proofErr w:type="spellStart"/>
      <w:r w:rsidRPr="00456DC7">
        <w:rPr>
          <w:rFonts w:ascii="Mangal" w:eastAsia="Yu Gothic UI" w:hAnsi="Mangal" w:cs="Mangal"/>
        </w:rPr>
        <w:t>मी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घोषित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करतो</w:t>
      </w:r>
      <w:proofErr w:type="spellEnd"/>
      <w:r w:rsidRPr="00456DC7">
        <w:rPr>
          <w:rFonts w:ascii="Yu Gothic UI" w:eastAsia="Yu Gothic UI" w:hAnsi="Yu Gothic UI"/>
        </w:rPr>
        <w:t>/</w:t>
      </w:r>
      <w:proofErr w:type="spellStart"/>
      <w:r w:rsidRPr="00456DC7">
        <w:rPr>
          <w:rFonts w:ascii="Mangal" w:eastAsia="Yu Gothic UI" w:hAnsi="Mangal" w:cs="Mangal"/>
        </w:rPr>
        <w:t>करते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मी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भारताचा</w:t>
      </w:r>
      <w:proofErr w:type="spellEnd"/>
      <w:r w:rsidRPr="00456DC7">
        <w:rPr>
          <w:rFonts w:ascii="Yu Gothic UI" w:eastAsia="Yu Gothic UI" w:hAnsi="Yu Gothic UI"/>
        </w:rPr>
        <w:t>/</w:t>
      </w:r>
      <w:proofErr w:type="spellStart"/>
      <w:r w:rsidRPr="00456DC7">
        <w:rPr>
          <w:rFonts w:ascii="Mangal" w:eastAsia="Yu Gothic UI" w:hAnsi="Mangal" w:cs="Mangal"/>
        </w:rPr>
        <w:t>भारताची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नागरिक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असून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वर्ष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r w:rsidR="00C044ED">
        <w:rPr>
          <w:rFonts w:ascii="Yu Gothic UI" w:eastAsia="Yu Gothic UI" w:hAnsi="Yu Gothic UI"/>
        </w:rPr>
        <w:t>___</w:t>
      </w:r>
      <w:r w:rsidR="00C044ED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पासून</w:t>
      </w:r>
      <w:proofErr w:type="spellEnd"/>
      <w:r w:rsidRPr="00456DC7">
        <w:rPr>
          <w:rFonts w:ascii="Yu Gothic UI" w:eastAsia="Yu Gothic UI" w:hAnsi="Yu Gothic UI"/>
        </w:rPr>
        <w:t xml:space="preserve"> (</w:t>
      </w:r>
      <w:r w:rsidRPr="00456DC7">
        <w:rPr>
          <w:rFonts w:ascii="Mangal" w:eastAsia="Yu Gothic UI" w:hAnsi="Mangal" w:cs="Mangal"/>
        </w:rPr>
        <w:t>१५</w:t>
      </w:r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वर्षांहून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अधिक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काळ</w:t>
      </w:r>
      <w:proofErr w:type="spellEnd"/>
      <w:r w:rsidRPr="00456DC7">
        <w:rPr>
          <w:rFonts w:ascii="Yu Gothic UI" w:eastAsia="Yu Gothic UI" w:hAnsi="Yu Gothic UI"/>
        </w:rPr>
        <w:t>)</w:t>
      </w:r>
      <w:r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महाराष्ट्र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राज्यात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सतत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रहिवासी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आहे</w:t>
      </w:r>
      <w:proofErr w:type="spellEnd"/>
      <w:r w:rsidRPr="00456DC7">
        <w:rPr>
          <w:rFonts w:ascii="Yu Gothic UI" w:eastAsia="Yu Gothic UI" w:hAnsi="Yu Gothic UI"/>
        </w:rPr>
        <w:t xml:space="preserve">. </w:t>
      </w:r>
      <w:proofErr w:type="spellStart"/>
      <w:r w:rsidRPr="00456DC7">
        <w:rPr>
          <w:rFonts w:ascii="Mangal" w:eastAsia="Yu Gothic UI" w:hAnsi="Mangal" w:cs="Mangal"/>
        </w:rPr>
        <w:t>माझा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जन्म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r w:rsidR="00C044ED">
        <w:rPr>
          <w:rFonts w:ascii="Yu Gothic UI" w:eastAsia="Yu Gothic UI" w:hAnsi="Yu Gothic UI"/>
        </w:rPr>
        <w:t>______________</w:t>
      </w:r>
      <w:r w:rsidR="00C044ED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येथे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झाला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असून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माझे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शिक्षण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r w:rsidR="00C044ED">
        <w:rPr>
          <w:rFonts w:ascii="Yu Gothic UI" w:eastAsia="Yu Gothic UI" w:hAnsi="Yu Gothic UI"/>
        </w:rPr>
        <w:t>_________________________________</w:t>
      </w:r>
      <w:r w:rsidR="00C044ED" w:rsidRPr="00456DC7">
        <w:rPr>
          <w:rFonts w:ascii="Yu Gothic UI" w:eastAsia="Yu Gothic UI" w:hAnsi="Yu Gothic UI"/>
        </w:rPr>
        <w:t xml:space="preserve">. </w:t>
      </w:r>
      <w:r w:rsidR="00C044ED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येथे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झाले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आहे</w:t>
      </w:r>
      <w:proofErr w:type="spellEnd"/>
      <w:r w:rsidRPr="00456DC7">
        <w:rPr>
          <w:rFonts w:ascii="Yu Gothic UI" w:eastAsia="Yu Gothic UI" w:hAnsi="Yu Gothic UI"/>
        </w:rPr>
        <w:t>.</w:t>
      </w:r>
      <w:r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मला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हे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प्रमाणपत्र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r w:rsidR="00C044ED">
        <w:rPr>
          <w:rFonts w:ascii="Yu Gothic UI" w:eastAsia="Yu Gothic UI" w:hAnsi="Yu Gothic UI"/>
        </w:rPr>
        <w:t>_________________________________</w:t>
      </w:r>
      <w:r w:rsidR="00C044ED" w:rsidRPr="00456DC7">
        <w:rPr>
          <w:rFonts w:ascii="Yu Gothic UI" w:eastAsia="Yu Gothic UI" w:hAnsi="Yu Gothic UI"/>
        </w:rPr>
        <w:t xml:space="preserve">. </w:t>
      </w:r>
      <w:r w:rsidR="00C044ED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या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कामासाठी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आवश्यक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आहे</w:t>
      </w:r>
      <w:proofErr w:type="spellEnd"/>
      <w:r w:rsidRPr="00456DC7">
        <w:rPr>
          <w:rFonts w:ascii="Yu Gothic UI" w:eastAsia="Yu Gothic UI" w:hAnsi="Yu Gothic UI"/>
        </w:rPr>
        <w:t xml:space="preserve">. </w:t>
      </w:r>
      <w:proofErr w:type="spellStart"/>
      <w:r w:rsidRPr="00456DC7">
        <w:rPr>
          <w:rFonts w:ascii="Mangal" w:eastAsia="Yu Gothic UI" w:hAnsi="Mangal" w:cs="Mangal"/>
        </w:rPr>
        <w:t>मी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भारतातील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इतर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कोणत्याही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राज्यातून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अधिवास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प्रमाणपत्र</w:t>
      </w:r>
      <w:proofErr w:type="spellEnd"/>
      <w:r>
        <w:rPr>
          <w:rFonts w:ascii="Mangal" w:eastAsia="Yu Gothic UI" w:hAnsi="Mangal" w:cs="Mangal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मिळवलेले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नाही</w:t>
      </w:r>
      <w:proofErr w:type="spellEnd"/>
      <w:r w:rsidRPr="00456DC7">
        <w:rPr>
          <w:rFonts w:ascii="Yu Gothic UI" w:eastAsia="Yu Gothic UI" w:hAnsi="Yu Gothic UI"/>
        </w:rPr>
        <w:t>.</w:t>
      </w:r>
    </w:p>
    <w:p w14:paraId="39B2331C" w14:textId="77777777" w:rsid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I enclose the following documents in support of this application:</w:t>
      </w:r>
    </w:p>
    <w:p w14:paraId="6998B296" w14:textId="32CB3B64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proofErr w:type="spellStart"/>
      <w:r w:rsidRPr="00456DC7">
        <w:rPr>
          <w:rFonts w:ascii="Mangal" w:eastAsia="Yu Gothic UI" w:hAnsi="Mangal" w:cs="Mangal"/>
        </w:rPr>
        <w:t>सोबत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खालील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कागदपत्रे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जोडत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आहे</w:t>
      </w:r>
      <w:proofErr w:type="spellEnd"/>
      <w:r w:rsidRPr="00456DC7">
        <w:rPr>
          <w:rFonts w:ascii="Yu Gothic UI" w:eastAsia="Yu Gothic UI" w:hAnsi="Yu Gothic UI"/>
        </w:rPr>
        <w:t>:</w:t>
      </w:r>
    </w:p>
    <w:p w14:paraId="2208077A" w14:textId="77777777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 xml:space="preserve">1. </w:t>
      </w:r>
      <w:proofErr w:type="spellStart"/>
      <w:r w:rsidRPr="00456DC7">
        <w:rPr>
          <w:rFonts w:ascii="Yu Gothic UI" w:eastAsia="Yu Gothic UI" w:hAnsi="Yu Gothic UI"/>
        </w:rPr>
        <w:t>Notarised</w:t>
      </w:r>
      <w:proofErr w:type="spellEnd"/>
      <w:r w:rsidRPr="00456DC7">
        <w:rPr>
          <w:rFonts w:ascii="Yu Gothic UI" w:eastAsia="Yu Gothic UI" w:hAnsi="Yu Gothic UI"/>
        </w:rPr>
        <w:t xml:space="preserve"> Self-Declaration Affidavit on ₹100 Non-Judicial Stamp Paper / ₹100 </w:t>
      </w:r>
      <w:proofErr w:type="spellStart"/>
      <w:r w:rsidRPr="00456DC7">
        <w:rPr>
          <w:rFonts w:ascii="Mangal" w:eastAsia="Yu Gothic UI" w:hAnsi="Mangal" w:cs="Mangal"/>
        </w:rPr>
        <w:t>स्टॅम्प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पेपरवर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नोटरीकृत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शपथपत्र</w:t>
      </w:r>
      <w:proofErr w:type="spellEnd"/>
    </w:p>
    <w:p w14:paraId="6CD97545" w14:textId="61A8EAFC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 xml:space="preserve">2. Birth Certificate / School Leaving Certificate (SLC) / Bonafide Certificate / </w:t>
      </w:r>
      <w:proofErr w:type="spellStart"/>
      <w:r w:rsidRPr="00456DC7">
        <w:rPr>
          <w:rFonts w:ascii="Mangal" w:eastAsia="Yu Gothic UI" w:hAnsi="Mangal" w:cs="Mangal"/>
        </w:rPr>
        <w:t>शाळा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सोडल्याचा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दाखला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किंवा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जन्म</w:t>
      </w:r>
      <w:proofErr w:type="spellEnd"/>
      <w:r>
        <w:rPr>
          <w:rFonts w:ascii="Mangal" w:eastAsia="Yu Gothic UI" w:hAnsi="Mangal" w:cs="Mangal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दाखला</w:t>
      </w:r>
      <w:proofErr w:type="spellEnd"/>
    </w:p>
    <w:p w14:paraId="6D74D3FF" w14:textId="77777777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 xml:space="preserve">3. Aadhaar Card / Voter ID / Passport of applicant / </w:t>
      </w:r>
      <w:proofErr w:type="spellStart"/>
      <w:r w:rsidRPr="00456DC7">
        <w:rPr>
          <w:rFonts w:ascii="Mangal" w:eastAsia="Yu Gothic UI" w:hAnsi="Mangal" w:cs="Mangal"/>
        </w:rPr>
        <w:t>अर्जदाराचे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आधार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कार्ड</w:t>
      </w:r>
      <w:proofErr w:type="spellEnd"/>
      <w:r w:rsidRPr="00456DC7">
        <w:rPr>
          <w:rFonts w:ascii="Yu Gothic UI" w:eastAsia="Yu Gothic UI" w:hAnsi="Yu Gothic UI"/>
        </w:rPr>
        <w:t xml:space="preserve"> / </w:t>
      </w:r>
      <w:proofErr w:type="spellStart"/>
      <w:r w:rsidRPr="00456DC7">
        <w:rPr>
          <w:rFonts w:ascii="Mangal" w:eastAsia="Yu Gothic UI" w:hAnsi="Mangal" w:cs="Mangal"/>
        </w:rPr>
        <w:t>मतदान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ओळखपत्र</w:t>
      </w:r>
      <w:proofErr w:type="spellEnd"/>
    </w:p>
    <w:p w14:paraId="35F5C843" w14:textId="77777777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 xml:space="preserve">4. Proof of 15 </w:t>
      </w:r>
      <w:proofErr w:type="gramStart"/>
      <w:r w:rsidRPr="00456DC7">
        <w:rPr>
          <w:rFonts w:ascii="Yu Gothic UI" w:eastAsia="Yu Gothic UI" w:hAnsi="Yu Gothic UI"/>
        </w:rPr>
        <w:t>Years</w:t>
      </w:r>
      <w:proofErr w:type="gramEnd"/>
      <w:r w:rsidRPr="00456DC7">
        <w:rPr>
          <w:rFonts w:ascii="Yu Gothic UI" w:eastAsia="Yu Gothic UI" w:hAnsi="Yu Gothic UI"/>
        </w:rPr>
        <w:t xml:space="preserve"> Residence (Ration Card / Electricity Bills / Property Tax Receipts) / </w:t>
      </w:r>
      <w:r w:rsidRPr="00456DC7">
        <w:rPr>
          <w:rFonts w:ascii="Mangal" w:eastAsia="Yu Gothic UI" w:hAnsi="Mangal" w:cs="Mangal"/>
        </w:rPr>
        <w:t>१५</w:t>
      </w:r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वर्षांच्या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वास्तव्याचा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पुरावा</w:t>
      </w:r>
      <w:proofErr w:type="spellEnd"/>
    </w:p>
    <w:p w14:paraId="31107819" w14:textId="77777777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 xml:space="preserve">5. Residence Certificate issued by </w:t>
      </w:r>
      <w:proofErr w:type="spellStart"/>
      <w:r w:rsidRPr="00456DC7">
        <w:rPr>
          <w:rFonts w:ascii="Yu Gothic UI" w:eastAsia="Yu Gothic UI" w:hAnsi="Yu Gothic UI"/>
        </w:rPr>
        <w:t>Talathi</w:t>
      </w:r>
      <w:proofErr w:type="spellEnd"/>
      <w:r w:rsidRPr="00456DC7">
        <w:rPr>
          <w:rFonts w:ascii="Yu Gothic UI" w:eastAsia="Yu Gothic UI" w:hAnsi="Yu Gothic UI"/>
        </w:rPr>
        <w:t xml:space="preserve"> / Gram Sevak / Competent Authority / </w:t>
      </w:r>
      <w:proofErr w:type="spellStart"/>
      <w:r w:rsidRPr="00456DC7">
        <w:rPr>
          <w:rFonts w:ascii="Mangal" w:eastAsia="Yu Gothic UI" w:hAnsi="Mangal" w:cs="Mangal"/>
        </w:rPr>
        <w:t>तलाठी</w:t>
      </w:r>
      <w:proofErr w:type="spellEnd"/>
      <w:r w:rsidRPr="00456DC7">
        <w:rPr>
          <w:rFonts w:ascii="Yu Gothic UI" w:eastAsia="Yu Gothic UI" w:hAnsi="Yu Gothic UI"/>
        </w:rPr>
        <w:t xml:space="preserve"> / </w:t>
      </w:r>
      <w:proofErr w:type="spellStart"/>
      <w:r w:rsidRPr="00456DC7">
        <w:rPr>
          <w:rFonts w:ascii="Mangal" w:eastAsia="Yu Gothic UI" w:hAnsi="Mangal" w:cs="Mangal"/>
        </w:rPr>
        <w:t>ग्रामसेवक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रहिवासी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दाखला</w:t>
      </w:r>
      <w:proofErr w:type="spellEnd"/>
    </w:p>
    <w:p w14:paraId="5FDC350A" w14:textId="77777777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 xml:space="preserve">6. Two recent passport-size photographs / </w:t>
      </w:r>
      <w:proofErr w:type="spellStart"/>
      <w:r w:rsidRPr="00456DC7">
        <w:rPr>
          <w:rFonts w:ascii="Mangal" w:eastAsia="Yu Gothic UI" w:hAnsi="Mangal" w:cs="Mangal"/>
        </w:rPr>
        <w:t>दोन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अलीकडील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पासपोर्ट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आकाराचे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फोटो</w:t>
      </w:r>
      <w:proofErr w:type="spellEnd"/>
    </w:p>
    <w:p w14:paraId="7709F227" w14:textId="534635C6" w:rsid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I therefore request you to kindly verify the enclosed documents and issue the Age, Nationality, and Domicile</w:t>
      </w:r>
      <w:r>
        <w:rPr>
          <w:rFonts w:ascii="Yu Gothic UI" w:eastAsia="Yu Gothic UI" w:hAnsi="Yu Gothic UI"/>
        </w:rPr>
        <w:t xml:space="preserve"> </w:t>
      </w:r>
      <w:r w:rsidRPr="00456DC7">
        <w:rPr>
          <w:rFonts w:ascii="Yu Gothic UI" w:eastAsia="Yu Gothic UI" w:hAnsi="Yu Gothic UI"/>
        </w:rPr>
        <w:t>Certificate at the earliest. I undertake to produce any additional documents as may be required.</w:t>
      </w:r>
    </w:p>
    <w:p w14:paraId="0B47E8FE" w14:textId="77777777" w:rsid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</w:p>
    <w:p w14:paraId="0FE1EF92" w14:textId="77777777" w:rsid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</w:p>
    <w:p w14:paraId="31321119" w14:textId="77777777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</w:p>
    <w:p w14:paraId="0A85CF38" w14:textId="7A2853DF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proofErr w:type="spellStart"/>
      <w:r w:rsidRPr="00456DC7">
        <w:rPr>
          <w:rFonts w:ascii="Mangal" w:eastAsia="Yu Gothic UI" w:hAnsi="Mangal" w:cs="Mangal"/>
        </w:rPr>
        <w:t>विनंती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आहे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सोबतच्या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कागदपत्रांची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पडताळणी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करून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लवकरात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लवकर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वय</w:t>
      </w:r>
      <w:proofErr w:type="spellEnd"/>
      <w:r w:rsidRPr="00456DC7">
        <w:rPr>
          <w:rFonts w:ascii="Yu Gothic UI" w:eastAsia="Yu Gothic UI" w:hAnsi="Yu Gothic UI"/>
        </w:rPr>
        <w:t xml:space="preserve">, </w:t>
      </w:r>
      <w:proofErr w:type="spellStart"/>
      <w:r w:rsidRPr="00456DC7">
        <w:rPr>
          <w:rFonts w:ascii="Mangal" w:eastAsia="Yu Gothic UI" w:hAnsi="Mangal" w:cs="Mangal"/>
        </w:rPr>
        <w:t>राष्ट्रीयत्व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r w:rsidRPr="00456DC7">
        <w:rPr>
          <w:rFonts w:ascii="Mangal" w:eastAsia="Yu Gothic UI" w:hAnsi="Mangal" w:cs="Mangal"/>
        </w:rPr>
        <w:t>व</w:t>
      </w:r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अधिवास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प्रमाणपत्र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द्यावे</w:t>
      </w:r>
      <w:proofErr w:type="spellEnd"/>
      <w:r w:rsidRPr="00456DC7">
        <w:rPr>
          <w:rFonts w:ascii="Yu Gothic UI" w:eastAsia="Yu Gothic UI" w:hAnsi="Yu Gothic UI"/>
        </w:rPr>
        <w:t>.</w:t>
      </w:r>
      <w:r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आवश्यकतेनुसार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अतिरिक्त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कागदपत्रे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सादर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करण्याचे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मी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वचन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देतो</w:t>
      </w:r>
      <w:proofErr w:type="spellEnd"/>
      <w:r w:rsidRPr="00456DC7">
        <w:rPr>
          <w:rFonts w:ascii="Yu Gothic UI" w:eastAsia="Yu Gothic UI" w:hAnsi="Yu Gothic UI"/>
        </w:rPr>
        <w:t>/</w:t>
      </w:r>
      <w:proofErr w:type="spellStart"/>
      <w:r w:rsidRPr="00456DC7">
        <w:rPr>
          <w:rFonts w:ascii="Mangal" w:eastAsia="Yu Gothic UI" w:hAnsi="Mangal" w:cs="Mangal"/>
        </w:rPr>
        <w:t>देते</w:t>
      </w:r>
      <w:proofErr w:type="spellEnd"/>
      <w:r w:rsidRPr="00456DC7">
        <w:rPr>
          <w:rFonts w:ascii="Yu Gothic UI" w:eastAsia="Yu Gothic UI" w:hAnsi="Yu Gothic UI"/>
        </w:rPr>
        <w:t>.</w:t>
      </w:r>
    </w:p>
    <w:p w14:paraId="4A6B41AE" w14:textId="77777777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proofErr w:type="gramStart"/>
      <w:r w:rsidRPr="00456DC7">
        <w:rPr>
          <w:rFonts w:ascii="Yu Gothic UI" w:eastAsia="Yu Gothic UI" w:hAnsi="Yu Gothic UI"/>
        </w:rPr>
        <w:t>Thanking</w:t>
      </w:r>
      <w:proofErr w:type="gramEnd"/>
      <w:r w:rsidRPr="00456DC7">
        <w:rPr>
          <w:rFonts w:ascii="Yu Gothic UI" w:eastAsia="Yu Gothic UI" w:hAnsi="Yu Gothic UI"/>
        </w:rPr>
        <w:t xml:space="preserve"> you, / </w:t>
      </w:r>
      <w:proofErr w:type="spellStart"/>
      <w:r w:rsidRPr="00456DC7">
        <w:rPr>
          <w:rFonts w:ascii="Mangal" w:eastAsia="Yu Gothic UI" w:hAnsi="Mangal" w:cs="Mangal"/>
        </w:rPr>
        <w:t>धन्यवाद</w:t>
      </w:r>
      <w:proofErr w:type="spellEnd"/>
      <w:r w:rsidRPr="00456DC7">
        <w:rPr>
          <w:rFonts w:ascii="Yu Gothic UI" w:eastAsia="Yu Gothic UI" w:hAnsi="Yu Gothic UI"/>
        </w:rPr>
        <w:t>,</w:t>
      </w:r>
    </w:p>
    <w:p w14:paraId="0FC37BBE" w14:textId="77777777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_________________________________</w:t>
      </w:r>
    </w:p>
    <w:p w14:paraId="596EDF18" w14:textId="471E17A2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 xml:space="preserve">Name / </w:t>
      </w:r>
      <w:proofErr w:type="spellStart"/>
      <w:r w:rsidRPr="00456DC7">
        <w:rPr>
          <w:rFonts w:ascii="Mangal" w:eastAsia="Yu Gothic UI" w:hAnsi="Mangal" w:cs="Mangal"/>
        </w:rPr>
        <w:t>नाव</w:t>
      </w:r>
      <w:proofErr w:type="spellEnd"/>
      <w:r w:rsidRPr="00456DC7">
        <w:rPr>
          <w:rFonts w:ascii="Yu Gothic UI" w:eastAsia="Yu Gothic UI" w:hAnsi="Yu Gothic UI"/>
        </w:rPr>
        <w:t>:</w:t>
      </w:r>
      <w:r w:rsidR="00C044ED">
        <w:rPr>
          <w:rFonts w:ascii="Yu Gothic UI" w:eastAsia="Yu Gothic UI" w:hAnsi="Yu Gothic UI"/>
        </w:rPr>
        <w:t xml:space="preserve"> </w:t>
      </w:r>
      <w:r w:rsidR="00C044ED">
        <w:rPr>
          <w:rFonts w:ascii="Yu Gothic UI" w:eastAsia="Yu Gothic UI" w:hAnsi="Yu Gothic UI"/>
        </w:rPr>
        <w:t>_________________________________</w:t>
      </w:r>
      <w:r w:rsidR="00C044ED" w:rsidRPr="00456DC7">
        <w:rPr>
          <w:rFonts w:ascii="Yu Gothic UI" w:eastAsia="Yu Gothic UI" w:hAnsi="Yu Gothic UI"/>
        </w:rPr>
        <w:t>.</w:t>
      </w:r>
    </w:p>
    <w:p w14:paraId="0D7188F8" w14:textId="0C6A4FEB" w:rsidR="00456DC7" w:rsidRPr="00456DC7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 xml:space="preserve">Mobile / </w:t>
      </w:r>
      <w:proofErr w:type="spellStart"/>
      <w:r w:rsidRPr="00456DC7">
        <w:rPr>
          <w:rFonts w:ascii="Mangal" w:eastAsia="Yu Gothic UI" w:hAnsi="Mangal" w:cs="Mangal"/>
        </w:rPr>
        <w:t>मोबाईल</w:t>
      </w:r>
      <w:proofErr w:type="spellEnd"/>
      <w:r w:rsidRPr="00456DC7">
        <w:rPr>
          <w:rFonts w:ascii="Yu Gothic UI" w:eastAsia="Yu Gothic UI" w:hAnsi="Yu Gothic UI"/>
        </w:rPr>
        <w:t>:</w:t>
      </w:r>
      <w:r w:rsidR="00C044ED">
        <w:rPr>
          <w:rFonts w:ascii="Yu Gothic UI" w:eastAsia="Yu Gothic UI" w:hAnsi="Yu Gothic UI"/>
        </w:rPr>
        <w:t xml:space="preserve"> ____________________________</w:t>
      </w:r>
    </w:p>
    <w:p w14:paraId="70CEA20D" w14:textId="4647D9CB" w:rsidR="00227AEA" w:rsidRPr="009E601E" w:rsidRDefault="00456DC7" w:rsidP="00456DC7">
      <w:pPr>
        <w:spacing w:after="24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 xml:space="preserve">Date / </w:t>
      </w:r>
      <w:proofErr w:type="spellStart"/>
      <w:r w:rsidRPr="00456DC7">
        <w:rPr>
          <w:rFonts w:ascii="Mangal" w:eastAsia="Yu Gothic UI" w:hAnsi="Mangal" w:cs="Mangal"/>
        </w:rPr>
        <w:t>दिनांक</w:t>
      </w:r>
      <w:proofErr w:type="spellEnd"/>
      <w:r w:rsidRPr="00456DC7">
        <w:rPr>
          <w:rFonts w:ascii="Yu Gothic UI" w:eastAsia="Yu Gothic UI" w:hAnsi="Yu Gothic UI"/>
        </w:rPr>
        <w:t xml:space="preserve">: </w:t>
      </w:r>
      <w:r w:rsidR="00C044ED">
        <w:rPr>
          <w:rFonts w:ascii="Yu Gothic UI" w:eastAsia="Yu Gothic UI" w:hAnsi="Yu Gothic UI"/>
        </w:rPr>
        <w:t>_______________</w:t>
      </w:r>
      <w:r w:rsidRPr="00456DC7">
        <w:rPr>
          <w:rFonts w:ascii="Yu Gothic UI" w:eastAsia="Yu Gothic UI" w:hAnsi="Yu Gothic UI"/>
        </w:rPr>
        <w:t xml:space="preserve"> Place / </w:t>
      </w:r>
      <w:proofErr w:type="spellStart"/>
      <w:r w:rsidRPr="00456DC7">
        <w:rPr>
          <w:rFonts w:ascii="Mangal" w:eastAsia="Yu Gothic UI" w:hAnsi="Mangal" w:cs="Mangal"/>
        </w:rPr>
        <w:t>ठिकाण</w:t>
      </w:r>
      <w:proofErr w:type="spellEnd"/>
      <w:r w:rsidRPr="00456DC7">
        <w:rPr>
          <w:rFonts w:ascii="Yu Gothic UI" w:eastAsia="Yu Gothic UI" w:hAnsi="Yu Gothic UI"/>
        </w:rPr>
        <w:t xml:space="preserve">: </w:t>
      </w:r>
      <w:r w:rsidR="00C044ED">
        <w:rPr>
          <w:rFonts w:ascii="Yu Gothic UI" w:eastAsia="Yu Gothic UI" w:hAnsi="Yu Gothic UI"/>
        </w:rPr>
        <w:t>_______________</w:t>
      </w:r>
    </w:p>
    <w:p w14:paraId="422BCF66" w14:textId="77777777" w:rsidR="00227AEA" w:rsidRPr="009E601E" w:rsidRDefault="003A52FF">
      <w:pPr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</w:rPr>
        <w:br w:type="page"/>
      </w:r>
    </w:p>
    <w:p w14:paraId="25C04D81" w14:textId="77777777" w:rsidR="009E601E" w:rsidRDefault="009E601E"/>
    <w:tbl>
      <w:tblPr>
        <w:tblpPr w:leftFromText="180" w:rightFromText="180" w:tblpY="-675"/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8"/>
      </w:tblGrid>
      <w:tr w:rsidR="00227AEA" w:rsidRPr="009E601E" w14:paraId="15AB5855" w14:textId="77777777" w:rsidTr="009E601E">
        <w:trPr>
          <w:trHeight w:val="5399"/>
        </w:trPr>
        <w:tc>
          <w:tcPr>
            <w:tcW w:w="9658" w:type="dxa"/>
            <w:shd w:val="clear" w:color="auto" w:fill="F2F2F2"/>
          </w:tcPr>
          <w:p w14:paraId="5D6A1259" w14:textId="77777777" w:rsidR="00227AEA" w:rsidRPr="009E601E" w:rsidRDefault="003A52FF" w:rsidP="009E601E">
            <w:pPr>
              <w:spacing w:before="80" w:after="40"/>
              <w:jc w:val="center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  <w:b/>
                <w:bCs/>
              </w:rPr>
              <w:t xml:space="preserve">NON-JUDICIAL STAMP PAPER / </w:t>
            </w:r>
            <w:proofErr w:type="spellStart"/>
            <w:r w:rsidRPr="009E601E">
              <w:rPr>
                <w:rFonts w:ascii="Mangal" w:eastAsia="Yu Gothic UI" w:hAnsi="Mangal" w:cs="Mangal"/>
                <w:b/>
                <w:bCs/>
              </w:rPr>
              <w:t>बिगर</w:t>
            </w:r>
            <w:r w:rsidRPr="009E601E">
              <w:rPr>
                <w:rFonts w:ascii="Yu Gothic UI" w:eastAsia="Yu Gothic UI" w:hAnsi="Yu Gothic UI"/>
                <w:b/>
                <w:bCs/>
              </w:rPr>
              <w:t>-</w:t>
            </w:r>
            <w:r w:rsidRPr="009E601E">
              <w:rPr>
                <w:rFonts w:ascii="Mangal" w:eastAsia="Yu Gothic UI" w:hAnsi="Mangal" w:cs="Mangal"/>
                <w:b/>
                <w:bCs/>
              </w:rPr>
              <w:t>न्यायिक</w:t>
            </w:r>
            <w:proofErr w:type="spellEnd"/>
            <w:r w:rsidRPr="009E601E">
              <w:rPr>
                <w:rFonts w:ascii="Yu Gothic UI" w:eastAsia="Yu Gothic UI" w:hAnsi="Yu Gothic UI"/>
                <w:b/>
                <w:bCs/>
              </w:rPr>
              <w:t xml:space="preserve"> </w:t>
            </w:r>
            <w:proofErr w:type="spellStart"/>
            <w:r w:rsidRPr="009E601E">
              <w:rPr>
                <w:rFonts w:ascii="Mangal" w:eastAsia="Yu Gothic UI" w:hAnsi="Mangal" w:cs="Mangal"/>
                <w:b/>
                <w:bCs/>
              </w:rPr>
              <w:t>स्टॅम्प</w:t>
            </w:r>
            <w:proofErr w:type="spellEnd"/>
            <w:r w:rsidRPr="009E601E">
              <w:rPr>
                <w:rFonts w:ascii="Yu Gothic UI" w:eastAsia="Yu Gothic UI" w:hAnsi="Yu Gothic UI"/>
                <w:b/>
                <w:bCs/>
              </w:rPr>
              <w:t xml:space="preserve"> </w:t>
            </w:r>
            <w:proofErr w:type="spellStart"/>
            <w:r w:rsidRPr="009E601E">
              <w:rPr>
                <w:rFonts w:ascii="Mangal" w:eastAsia="Yu Gothic UI" w:hAnsi="Mangal" w:cs="Mangal"/>
                <w:b/>
                <w:bCs/>
              </w:rPr>
              <w:t>पेपर</w:t>
            </w:r>
            <w:proofErr w:type="spellEnd"/>
          </w:p>
          <w:p w14:paraId="494EBAEC" w14:textId="77777777" w:rsidR="00227AEA" w:rsidRPr="009E601E" w:rsidRDefault="003A52FF" w:rsidP="009E601E">
            <w:pPr>
              <w:spacing w:after="80"/>
              <w:jc w:val="center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  <w:b/>
                <w:bCs/>
                <w:sz w:val="26"/>
                <w:szCs w:val="26"/>
              </w:rPr>
              <w:t>Value: ₹</w:t>
            </w:r>
            <w:proofErr w:type="gramStart"/>
            <w:r w:rsidRPr="009E601E">
              <w:rPr>
                <w:rFonts w:ascii="Yu Gothic UI" w:eastAsia="Yu Gothic UI" w:hAnsi="Yu Gothic UI"/>
                <w:b/>
                <w:bCs/>
                <w:sz w:val="26"/>
                <w:szCs w:val="26"/>
              </w:rPr>
              <w:t>100  |</w:t>
            </w:r>
            <w:proofErr w:type="gramEnd"/>
            <w:r w:rsidRPr="009E601E">
              <w:rPr>
                <w:rFonts w:ascii="Yu Gothic UI" w:eastAsia="Yu Gothic UI" w:hAnsi="Yu Gothic UI"/>
                <w:b/>
                <w:bCs/>
                <w:sz w:val="26"/>
                <w:szCs w:val="26"/>
              </w:rPr>
              <w:t xml:space="preserve">  </w:t>
            </w:r>
            <w:proofErr w:type="spellStart"/>
            <w:r w:rsidRPr="009E601E">
              <w:rPr>
                <w:rFonts w:ascii="Mangal" w:eastAsia="Yu Gothic UI" w:hAnsi="Mangal" w:cs="Mangal"/>
                <w:b/>
                <w:bCs/>
                <w:sz w:val="26"/>
                <w:szCs w:val="26"/>
              </w:rPr>
              <w:t>मूल्य</w:t>
            </w:r>
            <w:proofErr w:type="spellEnd"/>
            <w:r w:rsidRPr="009E601E">
              <w:rPr>
                <w:rFonts w:ascii="Yu Gothic UI" w:eastAsia="Yu Gothic UI" w:hAnsi="Yu Gothic UI"/>
                <w:b/>
                <w:bCs/>
                <w:sz w:val="26"/>
                <w:szCs w:val="26"/>
              </w:rPr>
              <w:t>: ₹100</w:t>
            </w:r>
          </w:p>
          <w:p w14:paraId="6C65BA5C" w14:textId="77777777" w:rsidR="00227AEA" w:rsidRPr="009E601E" w:rsidRDefault="003A52FF" w:rsidP="009E601E">
            <w:pPr>
              <w:spacing w:after="80"/>
              <w:jc w:val="center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⚠ Affix stamp paper here before getting </w:t>
            </w:r>
            <w:proofErr w:type="spellStart"/>
            <w:proofErr w:type="gramStart"/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>notarised</w:t>
            </w:r>
            <w:proofErr w:type="spellEnd"/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  ·</w:t>
            </w:r>
            <w:proofErr w:type="gramEnd"/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9E601E">
              <w:rPr>
                <w:rFonts w:ascii="Mangal" w:eastAsia="Yu Gothic UI" w:hAnsi="Mangal" w:cs="Mangal"/>
                <w:i/>
                <w:iCs/>
                <w:sz w:val="20"/>
                <w:szCs w:val="20"/>
              </w:rPr>
              <w:t>नोटरीकरणापूर्वी</w:t>
            </w:r>
            <w:proofErr w:type="spellEnd"/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601E">
              <w:rPr>
                <w:rFonts w:ascii="Mangal" w:eastAsia="Yu Gothic UI" w:hAnsi="Mangal" w:cs="Mangal"/>
                <w:i/>
                <w:iCs/>
                <w:sz w:val="20"/>
                <w:szCs w:val="20"/>
              </w:rPr>
              <w:t>येथे</w:t>
            </w:r>
            <w:proofErr w:type="spellEnd"/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601E">
              <w:rPr>
                <w:rFonts w:ascii="Mangal" w:eastAsia="Yu Gothic UI" w:hAnsi="Mangal" w:cs="Mangal"/>
                <w:i/>
                <w:iCs/>
                <w:sz w:val="20"/>
                <w:szCs w:val="20"/>
              </w:rPr>
              <w:t>स्टॅम्प</w:t>
            </w:r>
            <w:proofErr w:type="spellEnd"/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601E">
              <w:rPr>
                <w:rFonts w:ascii="Mangal" w:eastAsia="Yu Gothic UI" w:hAnsi="Mangal" w:cs="Mangal"/>
                <w:i/>
                <w:iCs/>
                <w:sz w:val="20"/>
                <w:szCs w:val="20"/>
              </w:rPr>
              <w:t>पेपर</w:t>
            </w:r>
            <w:proofErr w:type="spellEnd"/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601E">
              <w:rPr>
                <w:rFonts w:ascii="Mangal" w:eastAsia="Yu Gothic UI" w:hAnsi="Mangal" w:cs="Mangal"/>
                <w:i/>
                <w:iCs/>
                <w:sz w:val="20"/>
                <w:szCs w:val="20"/>
              </w:rPr>
              <w:t>लावा</w:t>
            </w:r>
            <w:proofErr w:type="spellEnd"/>
          </w:p>
        </w:tc>
      </w:tr>
    </w:tbl>
    <w:p w14:paraId="6968608F" w14:textId="77777777" w:rsidR="00227AEA" w:rsidRPr="009E601E" w:rsidRDefault="00227AEA">
      <w:pPr>
        <w:spacing w:after="160"/>
        <w:rPr>
          <w:rFonts w:ascii="Yu Gothic UI" w:eastAsia="Yu Gothic UI" w:hAnsi="Yu Gothic UI"/>
        </w:rPr>
      </w:pPr>
    </w:p>
    <w:p w14:paraId="26AA819C" w14:textId="77777777" w:rsidR="00456DC7" w:rsidRDefault="00456DC7">
      <w:pPr>
        <w:spacing w:after="60"/>
        <w:jc w:val="center"/>
        <w:rPr>
          <w:rFonts w:ascii="Yu Gothic UI" w:eastAsia="Yu Gothic UI" w:hAnsi="Yu Gothic UI"/>
          <w:b/>
          <w:bCs/>
          <w:sz w:val="32"/>
          <w:szCs w:val="32"/>
        </w:rPr>
      </w:pPr>
      <w:r w:rsidRPr="00456DC7">
        <w:rPr>
          <w:rFonts w:ascii="Yu Gothic UI" w:eastAsia="Yu Gothic UI" w:hAnsi="Yu Gothic UI"/>
          <w:b/>
          <w:bCs/>
          <w:sz w:val="32"/>
          <w:szCs w:val="32"/>
        </w:rPr>
        <w:t>AFFIDAVIT FOR DOMICILE CERTIFICATE</w:t>
      </w:r>
      <w:r w:rsidRPr="00456DC7">
        <w:rPr>
          <w:rFonts w:ascii="Yu Gothic UI" w:eastAsia="Yu Gothic UI" w:hAnsi="Yu Gothic UI"/>
          <w:b/>
          <w:bCs/>
          <w:sz w:val="32"/>
          <w:szCs w:val="32"/>
        </w:rPr>
        <w:t xml:space="preserve"> </w:t>
      </w:r>
    </w:p>
    <w:p w14:paraId="0423A6B3" w14:textId="6FA866C4" w:rsidR="00227AEA" w:rsidRPr="009E601E" w:rsidRDefault="00456DC7">
      <w:pPr>
        <w:spacing w:after="60"/>
        <w:jc w:val="center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  <w:b/>
          <w:bCs/>
          <w:sz w:val="24"/>
          <w:szCs w:val="24"/>
        </w:rPr>
        <w:t>(Age, Nationality and Domicile – Self-Declaration)</w:t>
      </w:r>
    </w:p>
    <w:p w14:paraId="4BB4A2EB" w14:textId="77777777" w:rsidR="00456DC7" w:rsidRDefault="00456DC7" w:rsidP="00456DC7">
      <w:pPr>
        <w:spacing w:before="80" w:after="80"/>
        <w:ind w:left="720" w:firstLine="720"/>
        <w:jc w:val="both"/>
        <w:rPr>
          <w:rFonts w:ascii="Yu Gothic UI" w:eastAsia="Yu Gothic UI" w:hAnsi="Yu Gothic UI"/>
          <w:b/>
          <w:bCs/>
        </w:rPr>
      </w:pPr>
      <w:proofErr w:type="spellStart"/>
      <w:r w:rsidRPr="00456DC7">
        <w:rPr>
          <w:rFonts w:ascii="Mangal" w:eastAsia="Yu Gothic UI" w:hAnsi="Mangal" w:cs="Mangal"/>
          <w:b/>
          <w:bCs/>
        </w:rPr>
        <w:t>अधिवास</w:t>
      </w:r>
      <w:proofErr w:type="spellEnd"/>
      <w:r w:rsidRPr="00456DC7">
        <w:rPr>
          <w:rFonts w:ascii="Yu Gothic UI" w:eastAsia="Yu Gothic UI" w:hAnsi="Yu Gothic UI"/>
          <w:b/>
          <w:bCs/>
        </w:rPr>
        <w:t xml:space="preserve"> </w:t>
      </w:r>
      <w:proofErr w:type="spellStart"/>
      <w:r w:rsidRPr="00456DC7">
        <w:rPr>
          <w:rFonts w:ascii="Mangal" w:eastAsia="Yu Gothic UI" w:hAnsi="Mangal" w:cs="Mangal"/>
          <w:b/>
          <w:bCs/>
        </w:rPr>
        <w:t>प्रमाणपत्रासाठी</w:t>
      </w:r>
      <w:proofErr w:type="spellEnd"/>
      <w:r w:rsidRPr="00456DC7">
        <w:rPr>
          <w:rFonts w:ascii="Yu Gothic UI" w:eastAsia="Yu Gothic UI" w:hAnsi="Yu Gothic UI"/>
          <w:b/>
          <w:bCs/>
        </w:rPr>
        <w:t xml:space="preserve"> </w:t>
      </w:r>
      <w:proofErr w:type="spellStart"/>
      <w:r w:rsidRPr="00456DC7">
        <w:rPr>
          <w:rFonts w:ascii="Mangal" w:eastAsia="Yu Gothic UI" w:hAnsi="Mangal" w:cs="Mangal"/>
          <w:b/>
          <w:bCs/>
        </w:rPr>
        <w:t>शपथपत्र</w:t>
      </w:r>
      <w:proofErr w:type="spellEnd"/>
      <w:r w:rsidRPr="00456DC7">
        <w:rPr>
          <w:rFonts w:ascii="Yu Gothic UI" w:eastAsia="Yu Gothic UI" w:hAnsi="Yu Gothic UI"/>
          <w:b/>
          <w:bCs/>
        </w:rPr>
        <w:t xml:space="preserve"> (</w:t>
      </w:r>
      <w:proofErr w:type="spellStart"/>
      <w:r w:rsidRPr="00456DC7">
        <w:rPr>
          <w:rFonts w:ascii="Mangal" w:eastAsia="Yu Gothic UI" w:hAnsi="Mangal" w:cs="Mangal"/>
          <w:b/>
          <w:bCs/>
        </w:rPr>
        <w:t>वय</w:t>
      </w:r>
      <w:proofErr w:type="spellEnd"/>
      <w:r w:rsidRPr="00456DC7">
        <w:rPr>
          <w:rFonts w:ascii="Yu Gothic UI" w:eastAsia="Yu Gothic UI" w:hAnsi="Yu Gothic UI"/>
          <w:b/>
          <w:bCs/>
        </w:rPr>
        <w:t xml:space="preserve">, </w:t>
      </w:r>
      <w:proofErr w:type="spellStart"/>
      <w:r w:rsidRPr="00456DC7">
        <w:rPr>
          <w:rFonts w:ascii="Mangal" w:eastAsia="Yu Gothic UI" w:hAnsi="Mangal" w:cs="Mangal"/>
          <w:b/>
          <w:bCs/>
        </w:rPr>
        <w:t>राष्ट्रीयत्व</w:t>
      </w:r>
      <w:proofErr w:type="spellEnd"/>
      <w:r w:rsidRPr="00456DC7">
        <w:rPr>
          <w:rFonts w:ascii="Yu Gothic UI" w:eastAsia="Yu Gothic UI" w:hAnsi="Yu Gothic UI"/>
          <w:b/>
          <w:bCs/>
        </w:rPr>
        <w:t xml:space="preserve"> </w:t>
      </w:r>
      <w:proofErr w:type="spellStart"/>
      <w:r w:rsidRPr="00456DC7">
        <w:rPr>
          <w:rFonts w:ascii="Mangal" w:eastAsia="Yu Gothic UI" w:hAnsi="Mangal" w:cs="Mangal"/>
          <w:b/>
          <w:bCs/>
        </w:rPr>
        <w:t>आणि</w:t>
      </w:r>
      <w:proofErr w:type="spellEnd"/>
      <w:r w:rsidRPr="00456DC7">
        <w:rPr>
          <w:rFonts w:ascii="Yu Gothic UI" w:eastAsia="Yu Gothic UI" w:hAnsi="Yu Gothic UI"/>
          <w:b/>
          <w:bCs/>
        </w:rPr>
        <w:t xml:space="preserve"> </w:t>
      </w:r>
      <w:proofErr w:type="spellStart"/>
      <w:r w:rsidRPr="00456DC7">
        <w:rPr>
          <w:rFonts w:ascii="Mangal" w:eastAsia="Yu Gothic UI" w:hAnsi="Mangal" w:cs="Mangal"/>
          <w:b/>
          <w:bCs/>
        </w:rPr>
        <w:t>अधिवास</w:t>
      </w:r>
      <w:proofErr w:type="spellEnd"/>
      <w:r w:rsidRPr="00456DC7">
        <w:rPr>
          <w:rFonts w:ascii="Yu Gothic UI" w:eastAsia="Yu Gothic UI" w:hAnsi="Yu Gothic UI"/>
          <w:b/>
          <w:bCs/>
        </w:rPr>
        <w:t xml:space="preserve"> – </w:t>
      </w:r>
      <w:proofErr w:type="spellStart"/>
      <w:r w:rsidRPr="00456DC7">
        <w:rPr>
          <w:rFonts w:ascii="Mangal" w:eastAsia="Yu Gothic UI" w:hAnsi="Mangal" w:cs="Mangal"/>
          <w:b/>
          <w:bCs/>
        </w:rPr>
        <w:t>स्वयं</w:t>
      </w:r>
      <w:r w:rsidRPr="00456DC7">
        <w:rPr>
          <w:rFonts w:ascii="Yu Gothic UI" w:eastAsia="Yu Gothic UI" w:hAnsi="Yu Gothic UI"/>
          <w:b/>
          <w:bCs/>
        </w:rPr>
        <w:t>-</w:t>
      </w:r>
      <w:r w:rsidRPr="00456DC7">
        <w:rPr>
          <w:rFonts w:ascii="Mangal" w:eastAsia="Yu Gothic UI" w:hAnsi="Mangal" w:cs="Mangal"/>
          <w:b/>
          <w:bCs/>
        </w:rPr>
        <w:t>घोषणा</w:t>
      </w:r>
      <w:proofErr w:type="spellEnd"/>
      <w:r w:rsidRPr="00456DC7">
        <w:rPr>
          <w:rFonts w:ascii="Yu Gothic UI" w:eastAsia="Yu Gothic UI" w:hAnsi="Yu Gothic UI"/>
          <w:b/>
          <w:bCs/>
        </w:rPr>
        <w:t>)</w:t>
      </w:r>
    </w:p>
    <w:p w14:paraId="049B1E58" w14:textId="557F4CDF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I, {</w:t>
      </w:r>
      <w:proofErr w:type="spellStart"/>
      <w:r w:rsidRPr="00456DC7">
        <w:rPr>
          <w:rFonts w:ascii="Yu Gothic UI" w:eastAsia="Yu Gothic UI" w:hAnsi="Yu Gothic UI"/>
        </w:rPr>
        <w:t>full_name</w:t>
      </w:r>
      <w:proofErr w:type="spellEnd"/>
      <w:r w:rsidRPr="00456DC7">
        <w:rPr>
          <w:rFonts w:ascii="Yu Gothic UI" w:eastAsia="Yu Gothic UI" w:hAnsi="Yu Gothic UI"/>
        </w:rPr>
        <w:t>}, aged {age} years, {</w:t>
      </w:r>
      <w:proofErr w:type="spellStart"/>
      <w:r w:rsidRPr="00456DC7">
        <w:rPr>
          <w:rFonts w:ascii="Yu Gothic UI" w:eastAsia="Yu Gothic UI" w:hAnsi="Yu Gothic UI"/>
        </w:rPr>
        <w:t>relation_parent</w:t>
      </w:r>
      <w:proofErr w:type="spellEnd"/>
      <w:r w:rsidRPr="00456DC7">
        <w:rPr>
          <w:rFonts w:ascii="Yu Gothic UI" w:eastAsia="Yu Gothic UI" w:hAnsi="Yu Gothic UI"/>
        </w:rPr>
        <w:t>}, residing at {address}, Taluka: {taluka}, District: {district},</w:t>
      </w:r>
      <w:r w:rsidR="00DC0835">
        <w:rPr>
          <w:rFonts w:ascii="Yu Gothic UI" w:eastAsia="Yu Gothic UI" w:hAnsi="Yu Gothic UI"/>
        </w:rPr>
        <w:t xml:space="preserve"> </w:t>
      </w:r>
      <w:r w:rsidRPr="00456DC7">
        <w:rPr>
          <w:rFonts w:ascii="Yu Gothic UI" w:eastAsia="Yu Gothic UI" w:hAnsi="Yu Gothic UI"/>
        </w:rPr>
        <w:t>Maharashtra, Aadhaar No.: {</w:t>
      </w:r>
      <w:proofErr w:type="spellStart"/>
      <w:r w:rsidRPr="00456DC7">
        <w:rPr>
          <w:rFonts w:ascii="Yu Gothic UI" w:eastAsia="Yu Gothic UI" w:hAnsi="Yu Gothic UI"/>
        </w:rPr>
        <w:t>aadhaar</w:t>
      </w:r>
      <w:proofErr w:type="spellEnd"/>
      <w:r w:rsidRPr="00456DC7">
        <w:rPr>
          <w:rFonts w:ascii="Yu Gothic UI" w:eastAsia="Yu Gothic UI" w:hAnsi="Yu Gothic UI"/>
        </w:rPr>
        <w:t>}, Mobile: {mobile}, do hereby solemnly affirm and state on oath as under:</w:t>
      </w:r>
    </w:p>
    <w:p w14:paraId="525592FF" w14:textId="2AD22079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proofErr w:type="spellStart"/>
      <w:r w:rsidRPr="00456DC7">
        <w:rPr>
          <w:rFonts w:ascii="Mangal" w:eastAsia="Yu Gothic UI" w:hAnsi="Mangal" w:cs="Mangal"/>
        </w:rPr>
        <w:t>मी</w:t>
      </w:r>
      <w:proofErr w:type="spellEnd"/>
      <w:r w:rsidRPr="00456DC7">
        <w:rPr>
          <w:rFonts w:ascii="Yu Gothic UI" w:eastAsia="Yu Gothic UI" w:hAnsi="Yu Gothic UI"/>
        </w:rPr>
        <w:t>, {</w:t>
      </w:r>
      <w:proofErr w:type="spellStart"/>
      <w:r w:rsidRPr="00456DC7">
        <w:rPr>
          <w:rFonts w:ascii="Yu Gothic UI" w:eastAsia="Yu Gothic UI" w:hAnsi="Yu Gothic UI"/>
        </w:rPr>
        <w:t>full_name</w:t>
      </w:r>
      <w:proofErr w:type="spellEnd"/>
      <w:r w:rsidRPr="00456DC7">
        <w:rPr>
          <w:rFonts w:ascii="Yu Gothic UI" w:eastAsia="Yu Gothic UI" w:hAnsi="Yu Gothic UI"/>
        </w:rPr>
        <w:t xml:space="preserve">}, </w:t>
      </w:r>
      <w:proofErr w:type="spellStart"/>
      <w:r w:rsidRPr="00456DC7">
        <w:rPr>
          <w:rFonts w:ascii="Mangal" w:eastAsia="Yu Gothic UI" w:hAnsi="Mangal" w:cs="Mangal"/>
        </w:rPr>
        <w:t>वय</w:t>
      </w:r>
      <w:proofErr w:type="spellEnd"/>
      <w:r w:rsidRPr="00456DC7">
        <w:rPr>
          <w:rFonts w:ascii="Yu Gothic UI" w:eastAsia="Yu Gothic UI" w:hAnsi="Yu Gothic UI"/>
        </w:rPr>
        <w:t xml:space="preserve"> {age} </w:t>
      </w:r>
      <w:proofErr w:type="spellStart"/>
      <w:r w:rsidRPr="00456DC7">
        <w:rPr>
          <w:rFonts w:ascii="Mangal" w:eastAsia="Yu Gothic UI" w:hAnsi="Mangal" w:cs="Mangal"/>
        </w:rPr>
        <w:t>वर्षे</w:t>
      </w:r>
      <w:proofErr w:type="spellEnd"/>
      <w:r w:rsidRPr="00456DC7">
        <w:rPr>
          <w:rFonts w:ascii="Yu Gothic UI" w:eastAsia="Yu Gothic UI" w:hAnsi="Yu Gothic UI"/>
        </w:rPr>
        <w:t>, {</w:t>
      </w:r>
      <w:proofErr w:type="spellStart"/>
      <w:r w:rsidRPr="00456DC7">
        <w:rPr>
          <w:rFonts w:ascii="Yu Gothic UI" w:eastAsia="Yu Gothic UI" w:hAnsi="Yu Gothic UI"/>
        </w:rPr>
        <w:t>relation_parent_mr</w:t>
      </w:r>
      <w:proofErr w:type="spellEnd"/>
      <w:r w:rsidRPr="00456DC7">
        <w:rPr>
          <w:rFonts w:ascii="Yu Gothic UI" w:eastAsia="Yu Gothic UI" w:hAnsi="Yu Gothic UI"/>
        </w:rPr>
        <w:t xml:space="preserve">}, </w:t>
      </w:r>
      <w:proofErr w:type="spellStart"/>
      <w:r w:rsidRPr="00456DC7">
        <w:rPr>
          <w:rFonts w:ascii="Mangal" w:eastAsia="Yu Gothic UI" w:hAnsi="Mangal" w:cs="Mangal"/>
        </w:rPr>
        <w:t>रहिवासी</w:t>
      </w:r>
      <w:proofErr w:type="spellEnd"/>
      <w:r w:rsidRPr="00456DC7">
        <w:rPr>
          <w:rFonts w:ascii="Yu Gothic UI" w:eastAsia="Yu Gothic UI" w:hAnsi="Yu Gothic UI"/>
        </w:rPr>
        <w:t xml:space="preserve"> {address}, </w:t>
      </w:r>
      <w:proofErr w:type="spellStart"/>
      <w:r w:rsidRPr="00456DC7">
        <w:rPr>
          <w:rFonts w:ascii="Mangal" w:eastAsia="Yu Gothic UI" w:hAnsi="Mangal" w:cs="Mangal"/>
        </w:rPr>
        <w:t>तालुका</w:t>
      </w:r>
      <w:proofErr w:type="spellEnd"/>
      <w:r w:rsidRPr="00456DC7">
        <w:rPr>
          <w:rFonts w:ascii="Yu Gothic UI" w:eastAsia="Yu Gothic UI" w:hAnsi="Yu Gothic UI"/>
        </w:rPr>
        <w:t xml:space="preserve">: {taluka}, </w:t>
      </w:r>
      <w:proofErr w:type="spellStart"/>
      <w:r w:rsidRPr="00456DC7">
        <w:rPr>
          <w:rFonts w:ascii="Mangal" w:eastAsia="Yu Gothic UI" w:hAnsi="Mangal" w:cs="Mangal"/>
        </w:rPr>
        <w:t>जिल्हा</w:t>
      </w:r>
      <w:proofErr w:type="spellEnd"/>
      <w:r w:rsidRPr="00456DC7">
        <w:rPr>
          <w:rFonts w:ascii="Yu Gothic UI" w:eastAsia="Yu Gothic UI" w:hAnsi="Yu Gothic UI"/>
        </w:rPr>
        <w:t xml:space="preserve">: {district}, </w:t>
      </w:r>
      <w:proofErr w:type="spellStart"/>
      <w:r w:rsidRPr="00456DC7">
        <w:rPr>
          <w:rFonts w:ascii="Mangal" w:eastAsia="Yu Gothic UI" w:hAnsi="Mangal" w:cs="Mangal"/>
        </w:rPr>
        <w:t>महाराष्ट्र</w:t>
      </w:r>
      <w:proofErr w:type="spellEnd"/>
      <w:r w:rsidRPr="00456DC7">
        <w:rPr>
          <w:rFonts w:ascii="Yu Gothic UI" w:eastAsia="Yu Gothic UI" w:hAnsi="Yu Gothic UI"/>
        </w:rPr>
        <w:t>,</w:t>
      </w:r>
      <w:r w:rsidR="00DC0835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आधार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क्र</w:t>
      </w:r>
      <w:proofErr w:type="spellEnd"/>
      <w:r w:rsidRPr="00456DC7">
        <w:rPr>
          <w:rFonts w:ascii="Yu Gothic UI" w:eastAsia="Yu Gothic UI" w:hAnsi="Yu Gothic UI"/>
        </w:rPr>
        <w:t>.: {</w:t>
      </w:r>
      <w:proofErr w:type="spellStart"/>
      <w:r w:rsidRPr="00456DC7">
        <w:rPr>
          <w:rFonts w:ascii="Yu Gothic UI" w:eastAsia="Yu Gothic UI" w:hAnsi="Yu Gothic UI"/>
        </w:rPr>
        <w:t>aadhaar</w:t>
      </w:r>
      <w:proofErr w:type="spellEnd"/>
      <w:r w:rsidRPr="00456DC7">
        <w:rPr>
          <w:rFonts w:ascii="Yu Gothic UI" w:eastAsia="Yu Gothic UI" w:hAnsi="Yu Gothic UI"/>
        </w:rPr>
        <w:t xml:space="preserve">}, </w:t>
      </w:r>
      <w:proofErr w:type="spellStart"/>
      <w:r w:rsidRPr="00456DC7">
        <w:rPr>
          <w:rFonts w:ascii="Mangal" w:eastAsia="Yu Gothic UI" w:hAnsi="Mangal" w:cs="Mangal"/>
        </w:rPr>
        <w:t>मोबाईल</w:t>
      </w:r>
      <w:proofErr w:type="spellEnd"/>
      <w:r w:rsidRPr="00456DC7">
        <w:rPr>
          <w:rFonts w:ascii="Yu Gothic UI" w:eastAsia="Yu Gothic UI" w:hAnsi="Yu Gothic UI"/>
        </w:rPr>
        <w:t xml:space="preserve">: {mobile}, </w:t>
      </w:r>
      <w:proofErr w:type="spellStart"/>
      <w:r w:rsidRPr="00456DC7">
        <w:rPr>
          <w:rFonts w:ascii="Mangal" w:eastAsia="Yu Gothic UI" w:hAnsi="Mangal" w:cs="Mangal"/>
        </w:rPr>
        <w:t>शपथपूर्वक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सांगतो</w:t>
      </w:r>
      <w:proofErr w:type="spellEnd"/>
      <w:r w:rsidRPr="00456DC7">
        <w:rPr>
          <w:rFonts w:ascii="Yu Gothic UI" w:eastAsia="Yu Gothic UI" w:hAnsi="Yu Gothic UI"/>
        </w:rPr>
        <w:t>/</w:t>
      </w:r>
      <w:proofErr w:type="spellStart"/>
      <w:r w:rsidRPr="00456DC7">
        <w:rPr>
          <w:rFonts w:ascii="Mangal" w:eastAsia="Yu Gothic UI" w:hAnsi="Mangal" w:cs="Mangal"/>
        </w:rPr>
        <w:t>सांगते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की</w:t>
      </w:r>
      <w:proofErr w:type="spellEnd"/>
      <w:r w:rsidRPr="00456DC7">
        <w:rPr>
          <w:rFonts w:ascii="Yu Gothic UI" w:eastAsia="Yu Gothic UI" w:hAnsi="Yu Gothic UI"/>
        </w:rPr>
        <w:t>:</w:t>
      </w:r>
    </w:p>
    <w:p w14:paraId="37F5202C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1. That I am a citizen of India by birth / domicile and hold Indian Nationality.</w:t>
      </w:r>
    </w:p>
    <w:p w14:paraId="51E0022A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Mangal" w:eastAsia="Yu Gothic UI" w:hAnsi="Mangal" w:cs="Mangal"/>
        </w:rPr>
        <w:t>१</w:t>
      </w:r>
      <w:r w:rsidRPr="00456DC7">
        <w:rPr>
          <w:rFonts w:ascii="Yu Gothic UI" w:eastAsia="Yu Gothic UI" w:hAnsi="Yu Gothic UI"/>
        </w:rPr>
        <w:t xml:space="preserve">. </w:t>
      </w:r>
      <w:proofErr w:type="spellStart"/>
      <w:r w:rsidRPr="00456DC7">
        <w:rPr>
          <w:rFonts w:ascii="Mangal" w:eastAsia="Yu Gothic UI" w:hAnsi="Mangal" w:cs="Mangal"/>
        </w:rPr>
        <w:t>मी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जन्माने</w:t>
      </w:r>
      <w:proofErr w:type="spellEnd"/>
      <w:r w:rsidRPr="00456DC7">
        <w:rPr>
          <w:rFonts w:ascii="Yu Gothic UI" w:eastAsia="Yu Gothic UI" w:hAnsi="Yu Gothic UI"/>
        </w:rPr>
        <w:t xml:space="preserve"> / </w:t>
      </w:r>
      <w:proofErr w:type="spellStart"/>
      <w:r w:rsidRPr="00456DC7">
        <w:rPr>
          <w:rFonts w:ascii="Mangal" w:eastAsia="Yu Gothic UI" w:hAnsi="Mangal" w:cs="Mangal"/>
        </w:rPr>
        <w:t>अधिवासानुसार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भारताचा</w:t>
      </w:r>
      <w:proofErr w:type="spellEnd"/>
      <w:r w:rsidRPr="00456DC7">
        <w:rPr>
          <w:rFonts w:ascii="Yu Gothic UI" w:eastAsia="Yu Gothic UI" w:hAnsi="Yu Gothic UI"/>
        </w:rPr>
        <w:t>/</w:t>
      </w:r>
      <w:proofErr w:type="spellStart"/>
      <w:r w:rsidRPr="00456DC7">
        <w:rPr>
          <w:rFonts w:ascii="Mangal" w:eastAsia="Yu Gothic UI" w:hAnsi="Mangal" w:cs="Mangal"/>
        </w:rPr>
        <w:t>भारताची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नागरिक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असून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भारतीय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राष्ट्रीयत्व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बाळगून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आहे</w:t>
      </w:r>
      <w:proofErr w:type="spellEnd"/>
      <w:r w:rsidRPr="00456DC7">
        <w:rPr>
          <w:rFonts w:ascii="Yu Gothic UI" w:eastAsia="Yu Gothic UI" w:hAnsi="Yu Gothic UI"/>
        </w:rPr>
        <w:t>.</w:t>
      </w:r>
    </w:p>
    <w:p w14:paraId="6FDBDF64" w14:textId="2D35EAB5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2. That I was born at {</w:t>
      </w:r>
      <w:proofErr w:type="spellStart"/>
      <w:r w:rsidRPr="00456DC7">
        <w:rPr>
          <w:rFonts w:ascii="Yu Gothic UI" w:eastAsia="Yu Gothic UI" w:hAnsi="Yu Gothic UI"/>
        </w:rPr>
        <w:t>birth_place</w:t>
      </w:r>
      <w:proofErr w:type="spellEnd"/>
      <w:r w:rsidRPr="00456DC7">
        <w:rPr>
          <w:rFonts w:ascii="Yu Gothic UI" w:eastAsia="Yu Gothic UI" w:hAnsi="Yu Gothic UI"/>
        </w:rPr>
        <w:t>} and completed my primary / secondary education at {</w:t>
      </w:r>
      <w:proofErr w:type="spellStart"/>
      <w:r w:rsidRPr="00456DC7">
        <w:rPr>
          <w:rFonts w:ascii="Yu Gothic UI" w:eastAsia="Yu Gothic UI" w:hAnsi="Yu Gothic UI"/>
        </w:rPr>
        <w:t>school_name</w:t>
      </w:r>
      <w:proofErr w:type="spellEnd"/>
      <w:r w:rsidRPr="00456DC7">
        <w:rPr>
          <w:rFonts w:ascii="Yu Gothic UI" w:eastAsia="Yu Gothic UI" w:hAnsi="Yu Gothic UI"/>
        </w:rPr>
        <w:t>} in the State of</w:t>
      </w:r>
      <w:r w:rsidR="00DC0835">
        <w:rPr>
          <w:rFonts w:ascii="Yu Gothic UI" w:eastAsia="Yu Gothic UI" w:hAnsi="Yu Gothic UI"/>
        </w:rPr>
        <w:t xml:space="preserve"> </w:t>
      </w:r>
      <w:r w:rsidRPr="00456DC7">
        <w:rPr>
          <w:rFonts w:ascii="Yu Gothic UI" w:eastAsia="Yu Gothic UI" w:hAnsi="Yu Gothic UI"/>
        </w:rPr>
        <w:t>Maharashtra.</w:t>
      </w:r>
    </w:p>
    <w:p w14:paraId="6115F257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Mangal" w:eastAsia="Yu Gothic UI" w:hAnsi="Mangal" w:cs="Mangal"/>
        </w:rPr>
        <w:lastRenderedPageBreak/>
        <w:t>२</w:t>
      </w:r>
      <w:r w:rsidRPr="00456DC7">
        <w:rPr>
          <w:rFonts w:ascii="Yu Gothic UI" w:eastAsia="Yu Gothic UI" w:hAnsi="Yu Gothic UI"/>
        </w:rPr>
        <w:t xml:space="preserve">. </w:t>
      </w:r>
      <w:proofErr w:type="spellStart"/>
      <w:r w:rsidRPr="00456DC7">
        <w:rPr>
          <w:rFonts w:ascii="Mangal" w:eastAsia="Yu Gothic UI" w:hAnsi="Mangal" w:cs="Mangal"/>
        </w:rPr>
        <w:t>माझा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जन्म</w:t>
      </w:r>
      <w:proofErr w:type="spellEnd"/>
      <w:r w:rsidRPr="00456DC7">
        <w:rPr>
          <w:rFonts w:ascii="Yu Gothic UI" w:eastAsia="Yu Gothic UI" w:hAnsi="Yu Gothic UI"/>
        </w:rPr>
        <w:t xml:space="preserve"> {</w:t>
      </w:r>
      <w:proofErr w:type="spellStart"/>
      <w:r w:rsidRPr="00456DC7">
        <w:rPr>
          <w:rFonts w:ascii="Yu Gothic UI" w:eastAsia="Yu Gothic UI" w:hAnsi="Yu Gothic UI"/>
        </w:rPr>
        <w:t>birth_place</w:t>
      </w:r>
      <w:proofErr w:type="spellEnd"/>
      <w:r w:rsidRPr="00456DC7">
        <w:rPr>
          <w:rFonts w:ascii="Yu Gothic UI" w:eastAsia="Yu Gothic UI" w:hAnsi="Yu Gothic UI"/>
        </w:rPr>
        <w:t xml:space="preserve">} </w:t>
      </w:r>
      <w:proofErr w:type="spellStart"/>
      <w:r w:rsidRPr="00456DC7">
        <w:rPr>
          <w:rFonts w:ascii="Mangal" w:eastAsia="Yu Gothic UI" w:hAnsi="Mangal" w:cs="Mangal"/>
        </w:rPr>
        <w:t>येथे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झाला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असून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माझे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शिक्षण</w:t>
      </w:r>
      <w:proofErr w:type="spellEnd"/>
      <w:r w:rsidRPr="00456DC7">
        <w:rPr>
          <w:rFonts w:ascii="Yu Gothic UI" w:eastAsia="Yu Gothic UI" w:hAnsi="Yu Gothic UI"/>
        </w:rPr>
        <w:t xml:space="preserve"> {</w:t>
      </w:r>
      <w:proofErr w:type="spellStart"/>
      <w:r w:rsidRPr="00456DC7">
        <w:rPr>
          <w:rFonts w:ascii="Yu Gothic UI" w:eastAsia="Yu Gothic UI" w:hAnsi="Yu Gothic UI"/>
        </w:rPr>
        <w:t>school_name</w:t>
      </w:r>
      <w:proofErr w:type="spellEnd"/>
      <w:r w:rsidRPr="00456DC7">
        <w:rPr>
          <w:rFonts w:ascii="Yu Gothic UI" w:eastAsia="Yu Gothic UI" w:hAnsi="Yu Gothic UI"/>
        </w:rPr>
        <w:t xml:space="preserve">}, </w:t>
      </w:r>
      <w:proofErr w:type="spellStart"/>
      <w:r w:rsidRPr="00456DC7">
        <w:rPr>
          <w:rFonts w:ascii="Mangal" w:eastAsia="Yu Gothic UI" w:hAnsi="Mangal" w:cs="Mangal"/>
        </w:rPr>
        <w:t>महाराष्ट्र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येथे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झाले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आहे</w:t>
      </w:r>
      <w:proofErr w:type="spellEnd"/>
      <w:r w:rsidRPr="00456DC7">
        <w:rPr>
          <w:rFonts w:ascii="Yu Gothic UI" w:eastAsia="Yu Gothic UI" w:hAnsi="Yu Gothic UI"/>
        </w:rPr>
        <w:t>.</w:t>
      </w:r>
    </w:p>
    <w:p w14:paraId="21FEECEB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3. That I have been continuously residing at the above-mentioned address in the State of Maharashtra since</w:t>
      </w:r>
    </w:p>
    <w:p w14:paraId="4BD3A9C5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{</w:t>
      </w:r>
      <w:proofErr w:type="spellStart"/>
      <w:r w:rsidRPr="00456DC7">
        <w:rPr>
          <w:rFonts w:ascii="Yu Gothic UI" w:eastAsia="Yu Gothic UI" w:hAnsi="Yu Gothic UI"/>
        </w:rPr>
        <w:t>residence_</w:t>
      </w:r>
      <w:proofErr w:type="gramStart"/>
      <w:r w:rsidRPr="00456DC7">
        <w:rPr>
          <w:rFonts w:ascii="Yu Gothic UI" w:eastAsia="Yu Gothic UI" w:hAnsi="Yu Gothic UI"/>
        </w:rPr>
        <w:t>since</w:t>
      </w:r>
      <w:proofErr w:type="spellEnd"/>
      <w:r w:rsidRPr="00456DC7">
        <w:rPr>
          <w:rFonts w:ascii="Yu Gothic UI" w:eastAsia="Yu Gothic UI" w:hAnsi="Yu Gothic UI"/>
        </w:rPr>
        <w:t>} (</w:t>
      </w:r>
      <w:proofErr w:type="gramEnd"/>
      <w:r w:rsidRPr="00456DC7">
        <w:rPr>
          <w:rFonts w:ascii="Yu Gothic UI" w:eastAsia="Yu Gothic UI" w:hAnsi="Yu Gothic UI"/>
        </w:rPr>
        <w:t>for more than 15 years).</w:t>
      </w:r>
    </w:p>
    <w:p w14:paraId="1224BF77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Mangal" w:eastAsia="Yu Gothic UI" w:hAnsi="Mangal" w:cs="Mangal"/>
        </w:rPr>
        <w:t>३</w:t>
      </w:r>
      <w:r w:rsidRPr="00456DC7">
        <w:rPr>
          <w:rFonts w:ascii="Yu Gothic UI" w:eastAsia="Yu Gothic UI" w:hAnsi="Yu Gothic UI"/>
        </w:rPr>
        <w:t xml:space="preserve">. </w:t>
      </w:r>
      <w:proofErr w:type="spellStart"/>
      <w:r w:rsidRPr="00456DC7">
        <w:rPr>
          <w:rFonts w:ascii="Mangal" w:eastAsia="Yu Gothic UI" w:hAnsi="Mangal" w:cs="Mangal"/>
        </w:rPr>
        <w:t>मी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वरील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नमूद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पत्यावर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महाराष्ट्र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राज्यात</w:t>
      </w:r>
      <w:proofErr w:type="spellEnd"/>
      <w:r w:rsidRPr="00456DC7">
        <w:rPr>
          <w:rFonts w:ascii="Yu Gothic UI" w:eastAsia="Yu Gothic UI" w:hAnsi="Yu Gothic UI"/>
        </w:rPr>
        <w:t xml:space="preserve"> {</w:t>
      </w:r>
      <w:proofErr w:type="spellStart"/>
      <w:r w:rsidRPr="00456DC7">
        <w:rPr>
          <w:rFonts w:ascii="Yu Gothic UI" w:eastAsia="Yu Gothic UI" w:hAnsi="Yu Gothic UI"/>
        </w:rPr>
        <w:t>residence_since</w:t>
      </w:r>
      <w:proofErr w:type="spellEnd"/>
      <w:r w:rsidRPr="00456DC7">
        <w:rPr>
          <w:rFonts w:ascii="Yu Gothic UI" w:eastAsia="Yu Gothic UI" w:hAnsi="Yu Gothic UI"/>
        </w:rPr>
        <w:t xml:space="preserve">} </w:t>
      </w:r>
      <w:proofErr w:type="spellStart"/>
      <w:r w:rsidRPr="00456DC7">
        <w:rPr>
          <w:rFonts w:ascii="Mangal" w:eastAsia="Yu Gothic UI" w:hAnsi="Mangal" w:cs="Mangal"/>
        </w:rPr>
        <w:t>पासून</w:t>
      </w:r>
      <w:proofErr w:type="spellEnd"/>
      <w:r w:rsidRPr="00456DC7">
        <w:rPr>
          <w:rFonts w:ascii="Yu Gothic UI" w:eastAsia="Yu Gothic UI" w:hAnsi="Yu Gothic UI"/>
        </w:rPr>
        <w:t xml:space="preserve"> (</w:t>
      </w:r>
      <w:r w:rsidRPr="00456DC7">
        <w:rPr>
          <w:rFonts w:ascii="Mangal" w:eastAsia="Yu Gothic UI" w:hAnsi="Mangal" w:cs="Mangal"/>
        </w:rPr>
        <w:t>१५</w:t>
      </w:r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वर्षांहून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अधिक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काळ</w:t>
      </w:r>
      <w:proofErr w:type="spellEnd"/>
      <w:r w:rsidRPr="00456DC7">
        <w:rPr>
          <w:rFonts w:ascii="Yu Gothic UI" w:eastAsia="Yu Gothic UI" w:hAnsi="Yu Gothic UI"/>
        </w:rPr>
        <w:t xml:space="preserve">) </w:t>
      </w:r>
      <w:proofErr w:type="spellStart"/>
      <w:r w:rsidRPr="00456DC7">
        <w:rPr>
          <w:rFonts w:ascii="Mangal" w:eastAsia="Yu Gothic UI" w:hAnsi="Mangal" w:cs="Mangal"/>
        </w:rPr>
        <w:t>सतत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r w:rsidRPr="00456DC7">
        <w:rPr>
          <w:rFonts w:ascii="Mangal" w:eastAsia="Yu Gothic UI" w:hAnsi="Mangal" w:cs="Mangal"/>
        </w:rPr>
        <w:t>व</w:t>
      </w:r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कायमस्वरूपी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राहत</w:t>
      </w:r>
      <w:proofErr w:type="spellEnd"/>
    </w:p>
    <w:p w14:paraId="26D1E3FE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proofErr w:type="spellStart"/>
      <w:r w:rsidRPr="00456DC7">
        <w:rPr>
          <w:rFonts w:ascii="Mangal" w:eastAsia="Yu Gothic UI" w:hAnsi="Mangal" w:cs="Mangal"/>
        </w:rPr>
        <w:t>आहे</w:t>
      </w:r>
      <w:proofErr w:type="spellEnd"/>
      <w:r w:rsidRPr="00456DC7">
        <w:rPr>
          <w:rFonts w:ascii="Yu Gothic UI" w:eastAsia="Yu Gothic UI" w:hAnsi="Yu Gothic UI"/>
        </w:rPr>
        <w:t>.</w:t>
      </w:r>
    </w:p>
    <w:p w14:paraId="5D243DBF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4. That I require this Age, Nationality, and Domicile Certificate for the purpose of {purpose}.</w:t>
      </w:r>
    </w:p>
    <w:p w14:paraId="5261A43F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Mangal" w:eastAsia="Yu Gothic UI" w:hAnsi="Mangal" w:cs="Mangal"/>
        </w:rPr>
        <w:t>४</w:t>
      </w:r>
      <w:r w:rsidRPr="00456DC7">
        <w:rPr>
          <w:rFonts w:ascii="Yu Gothic UI" w:eastAsia="Yu Gothic UI" w:hAnsi="Yu Gothic UI"/>
        </w:rPr>
        <w:t xml:space="preserve">. </w:t>
      </w:r>
      <w:proofErr w:type="spellStart"/>
      <w:r w:rsidRPr="00456DC7">
        <w:rPr>
          <w:rFonts w:ascii="Mangal" w:eastAsia="Yu Gothic UI" w:hAnsi="Mangal" w:cs="Mangal"/>
        </w:rPr>
        <w:t>मला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हे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वय</w:t>
      </w:r>
      <w:proofErr w:type="spellEnd"/>
      <w:r w:rsidRPr="00456DC7">
        <w:rPr>
          <w:rFonts w:ascii="Yu Gothic UI" w:eastAsia="Yu Gothic UI" w:hAnsi="Yu Gothic UI"/>
        </w:rPr>
        <w:t xml:space="preserve">, </w:t>
      </w:r>
      <w:proofErr w:type="spellStart"/>
      <w:r w:rsidRPr="00456DC7">
        <w:rPr>
          <w:rFonts w:ascii="Mangal" w:eastAsia="Yu Gothic UI" w:hAnsi="Mangal" w:cs="Mangal"/>
        </w:rPr>
        <w:t>राष्ट्रीयत्व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आणि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अधिवास</w:t>
      </w:r>
      <w:proofErr w:type="spellEnd"/>
      <w:r w:rsidRPr="00456DC7">
        <w:rPr>
          <w:rFonts w:ascii="Yu Gothic UI" w:eastAsia="Yu Gothic UI" w:hAnsi="Yu Gothic UI"/>
        </w:rPr>
        <w:t xml:space="preserve"> (Domicile) </w:t>
      </w:r>
      <w:proofErr w:type="spellStart"/>
      <w:r w:rsidRPr="00456DC7">
        <w:rPr>
          <w:rFonts w:ascii="Mangal" w:eastAsia="Yu Gothic UI" w:hAnsi="Mangal" w:cs="Mangal"/>
        </w:rPr>
        <w:t>प्रमाणपत्र</w:t>
      </w:r>
      <w:proofErr w:type="spellEnd"/>
      <w:r w:rsidRPr="00456DC7">
        <w:rPr>
          <w:rFonts w:ascii="Yu Gothic UI" w:eastAsia="Yu Gothic UI" w:hAnsi="Yu Gothic UI"/>
        </w:rPr>
        <w:t xml:space="preserve"> {purpose} </w:t>
      </w:r>
      <w:proofErr w:type="spellStart"/>
      <w:r w:rsidRPr="00456DC7">
        <w:rPr>
          <w:rFonts w:ascii="Mangal" w:eastAsia="Yu Gothic UI" w:hAnsi="Mangal" w:cs="Mangal"/>
        </w:rPr>
        <w:t>या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कामासाठी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आवश्यक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आहे</w:t>
      </w:r>
      <w:proofErr w:type="spellEnd"/>
      <w:r w:rsidRPr="00456DC7">
        <w:rPr>
          <w:rFonts w:ascii="Yu Gothic UI" w:eastAsia="Yu Gothic UI" w:hAnsi="Yu Gothic UI"/>
        </w:rPr>
        <w:t>.</w:t>
      </w:r>
    </w:p>
    <w:p w14:paraId="06E6F941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5. That I have NOT claimed or obtained a Domicile Certificate or Permanent Residence Status in any other State or</w:t>
      </w:r>
    </w:p>
    <w:p w14:paraId="65F4E975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Union Territory of India.</w:t>
      </w:r>
    </w:p>
    <w:p w14:paraId="7019D6B7" w14:textId="5EF55C61" w:rsid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Mangal" w:eastAsia="Yu Gothic UI" w:hAnsi="Mangal" w:cs="Mangal"/>
        </w:rPr>
        <w:t>५</w:t>
      </w:r>
      <w:r w:rsidRPr="00456DC7">
        <w:rPr>
          <w:rFonts w:ascii="Yu Gothic UI" w:eastAsia="Yu Gothic UI" w:hAnsi="Yu Gothic UI"/>
        </w:rPr>
        <w:t xml:space="preserve">. </w:t>
      </w:r>
      <w:proofErr w:type="spellStart"/>
      <w:r w:rsidRPr="00456DC7">
        <w:rPr>
          <w:rFonts w:ascii="Mangal" w:eastAsia="Yu Gothic UI" w:hAnsi="Mangal" w:cs="Mangal"/>
        </w:rPr>
        <w:t>मी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भारतातील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इतर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कोणत्याही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राज्य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किंवा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केंद्रशासित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प्रदेशातून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अधिवास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प्रमाणपत्र</w:t>
      </w:r>
      <w:proofErr w:type="spellEnd"/>
      <w:r w:rsidRPr="00456DC7">
        <w:rPr>
          <w:rFonts w:ascii="Yu Gothic UI" w:eastAsia="Yu Gothic UI" w:hAnsi="Yu Gothic UI"/>
        </w:rPr>
        <w:t xml:space="preserve"> (Domicile Certificate) </w:t>
      </w:r>
      <w:proofErr w:type="spellStart"/>
      <w:r w:rsidRPr="00456DC7">
        <w:rPr>
          <w:rFonts w:ascii="Mangal" w:eastAsia="Yu Gothic UI" w:hAnsi="Mangal" w:cs="Mangal"/>
        </w:rPr>
        <w:t>किंवा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कायमचे</w:t>
      </w:r>
      <w:proofErr w:type="spellEnd"/>
      <w:r w:rsidR="00DC0835">
        <w:rPr>
          <w:rFonts w:ascii="Mangal" w:eastAsia="Yu Gothic UI" w:hAnsi="Mangal" w:cs="Mangal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रहिवासी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प्रमाणपत्र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प्राप्त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केलेले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नाही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किंवा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दावा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केलेला</w:t>
      </w:r>
      <w:proofErr w:type="spellEnd"/>
      <w:r w:rsidRPr="00456DC7">
        <w:rPr>
          <w:rFonts w:ascii="Yu Gothic UI" w:eastAsia="Yu Gothic UI" w:hAnsi="Yu Gothic UI"/>
        </w:rPr>
        <w:t xml:space="preserve"> </w:t>
      </w:r>
      <w:proofErr w:type="spellStart"/>
      <w:r w:rsidRPr="00456DC7">
        <w:rPr>
          <w:rFonts w:ascii="Mangal" w:eastAsia="Yu Gothic UI" w:hAnsi="Mangal" w:cs="Mangal"/>
        </w:rPr>
        <w:t>नाही</w:t>
      </w:r>
      <w:proofErr w:type="spellEnd"/>
      <w:r w:rsidRPr="00456DC7">
        <w:rPr>
          <w:rFonts w:ascii="Yu Gothic UI" w:eastAsia="Yu Gothic UI" w:hAnsi="Yu Gothic UI"/>
        </w:rPr>
        <w:t>.</w:t>
      </w:r>
    </w:p>
    <w:p w14:paraId="16205E90" w14:textId="77777777" w:rsidR="00DC0835" w:rsidRDefault="00DC0835" w:rsidP="00456DC7">
      <w:pPr>
        <w:spacing w:after="120"/>
        <w:jc w:val="both"/>
        <w:rPr>
          <w:rFonts w:ascii="Yu Gothic UI" w:eastAsia="Yu Gothic UI" w:hAnsi="Yu Gothic UI"/>
        </w:rPr>
      </w:pPr>
    </w:p>
    <w:p w14:paraId="749F688D" w14:textId="77777777" w:rsidR="00DC0835" w:rsidRDefault="00DC0835" w:rsidP="00456DC7">
      <w:pPr>
        <w:spacing w:after="120"/>
        <w:jc w:val="both"/>
        <w:rPr>
          <w:rFonts w:ascii="Yu Gothic UI" w:eastAsia="Yu Gothic UI" w:hAnsi="Yu Gothic UI"/>
        </w:rPr>
      </w:pPr>
    </w:p>
    <w:p w14:paraId="36009D1E" w14:textId="7777777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</w:p>
    <w:p w14:paraId="751E7135" w14:textId="77777777" w:rsidR="00456DC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456DC7">
        <w:rPr>
          <w:rFonts w:ascii="Yu Gothic UI" w:eastAsia="Yu Gothic UI" w:hAnsi="Yu Gothic UI"/>
        </w:rPr>
        <w:t>6. That the details of my family members residing with me in Maharashtra are as follows:</w:t>
      </w:r>
    </w:p>
    <w:p w14:paraId="0EB1939A" w14:textId="24C8BB81" w:rsidR="00227AEA" w:rsidRDefault="003A52FF" w:rsidP="00456DC7">
      <w:pPr>
        <w:spacing w:after="120"/>
        <w:jc w:val="both"/>
        <w:rPr>
          <w:rFonts w:ascii="Mangal" w:eastAsia="Yu Gothic UI" w:hAnsi="Mangal" w:cs="Mangal"/>
        </w:rPr>
      </w:pPr>
      <w:r w:rsidRPr="00BA6DDB">
        <w:rPr>
          <w:rFonts w:ascii="Yu Gothic UI" w:eastAsia="Yu Gothic UI" w:hAnsi="Yu Gothic UI"/>
        </w:rPr>
        <w:t xml:space="preserve"> </w:t>
      </w:r>
      <w:r w:rsidR="00456DC7" w:rsidRPr="00456DC7">
        <w:rPr>
          <w:rFonts w:ascii="Mangal" w:eastAsia="Yu Gothic UI" w:hAnsi="Mangal" w:cs="Mangal"/>
        </w:rPr>
        <w:t xml:space="preserve">६. </w:t>
      </w:r>
      <w:proofErr w:type="spellStart"/>
      <w:r w:rsidR="00456DC7" w:rsidRPr="00456DC7">
        <w:rPr>
          <w:rFonts w:ascii="Mangal" w:eastAsia="Yu Gothic UI" w:hAnsi="Mangal" w:cs="Mangal"/>
        </w:rPr>
        <w:t>माझ्यासोबत</w:t>
      </w:r>
      <w:proofErr w:type="spellEnd"/>
      <w:r w:rsidR="00456DC7" w:rsidRPr="00456DC7">
        <w:rPr>
          <w:rFonts w:ascii="Mangal" w:eastAsia="Yu Gothic UI" w:hAnsi="Mangal" w:cs="Mangal"/>
        </w:rPr>
        <w:t xml:space="preserve"> </w:t>
      </w:r>
      <w:proofErr w:type="spellStart"/>
      <w:r w:rsidR="00456DC7" w:rsidRPr="00456DC7">
        <w:rPr>
          <w:rFonts w:ascii="Mangal" w:eastAsia="Yu Gothic UI" w:hAnsi="Mangal" w:cs="Mangal"/>
        </w:rPr>
        <w:t>महाराष्ट्रात</w:t>
      </w:r>
      <w:proofErr w:type="spellEnd"/>
      <w:r w:rsidR="00456DC7" w:rsidRPr="00456DC7">
        <w:rPr>
          <w:rFonts w:ascii="Mangal" w:eastAsia="Yu Gothic UI" w:hAnsi="Mangal" w:cs="Mangal"/>
        </w:rPr>
        <w:t xml:space="preserve"> </w:t>
      </w:r>
      <w:proofErr w:type="spellStart"/>
      <w:r w:rsidR="00456DC7" w:rsidRPr="00456DC7">
        <w:rPr>
          <w:rFonts w:ascii="Mangal" w:eastAsia="Yu Gothic UI" w:hAnsi="Mangal" w:cs="Mangal"/>
        </w:rPr>
        <w:t>राहणाऱ्या</w:t>
      </w:r>
      <w:proofErr w:type="spellEnd"/>
      <w:r w:rsidR="00456DC7" w:rsidRPr="00456DC7">
        <w:rPr>
          <w:rFonts w:ascii="Mangal" w:eastAsia="Yu Gothic UI" w:hAnsi="Mangal" w:cs="Mangal"/>
        </w:rPr>
        <w:t xml:space="preserve"> </w:t>
      </w:r>
      <w:proofErr w:type="spellStart"/>
      <w:r w:rsidR="00456DC7" w:rsidRPr="00456DC7">
        <w:rPr>
          <w:rFonts w:ascii="Mangal" w:eastAsia="Yu Gothic UI" w:hAnsi="Mangal" w:cs="Mangal"/>
        </w:rPr>
        <w:t>माझ्या</w:t>
      </w:r>
      <w:proofErr w:type="spellEnd"/>
      <w:r w:rsidR="00456DC7" w:rsidRPr="00456DC7">
        <w:rPr>
          <w:rFonts w:ascii="Mangal" w:eastAsia="Yu Gothic UI" w:hAnsi="Mangal" w:cs="Mangal"/>
        </w:rPr>
        <w:t xml:space="preserve"> </w:t>
      </w:r>
      <w:proofErr w:type="spellStart"/>
      <w:r w:rsidR="00456DC7" w:rsidRPr="00456DC7">
        <w:rPr>
          <w:rFonts w:ascii="Mangal" w:eastAsia="Yu Gothic UI" w:hAnsi="Mangal" w:cs="Mangal"/>
        </w:rPr>
        <w:t>कुटुंब</w:t>
      </w:r>
      <w:proofErr w:type="spellEnd"/>
      <w:r w:rsidR="00456DC7" w:rsidRPr="00456DC7">
        <w:rPr>
          <w:rFonts w:ascii="Mangal" w:eastAsia="Yu Gothic UI" w:hAnsi="Mangal" w:cs="Mangal"/>
        </w:rPr>
        <w:t xml:space="preserve"> </w:t>
      </w:r>
      <w:proofErr w:type="spellStart"/>
      <w:r w:rsidR="00456DC7" w:rsidRPr="00456DC7">
        <w:rPr>
          <w:rFonts w:ascii="Mangal" w:eastAsia="Yu Gothic UI" w:hAnsi="Mangal" w:cs="Mangal"/>
        </w:rPr>
        <w:t>सदस्यांचा</w:t>
      </w:r>
      <w:proofErr w:type="spellEnd"/>
      <w:r w:rsidR="00456DC7" w:rsidRPr="00456DC7">
        <w:rPr>
          <w:rFonts w:ascii="Mangal" w:eastAsia="Yu Gothic UI" w:hAnsi="Mangal" w:cs="Mangal"/>
        </w:rPr>
        <w:t xml:space="preserve"> </w:t>
      </w:r>
      <w:proofErr w:type="spellStart"/>
      <w:r w:rsidR="00456DC7" w:rsidRPr="00456DC7">
        <w:rPr>
          <w:rFonts w:ascii="Mangal" w:eastAsia="Yu Gothic UI" w:hAnsi="Mangal" w:cs="Mangal"/>
        </w:rPr>
        <w:t>तपशील</w:t>
      </w:r>
      <w:proofErr w:type="spellEnd"/>
      <w:r w:rsidR="00456DC7" w:rsidRPr="00456DC7">
        <w:rPr>
          <w:rFonts w:ascii="Mangal" w:eastAsia="Yu Gothic UI" w:hAnsi="Mangal" w:cs="Mangal"/>
        </w:rPr>
        <w:t xml:space="preserve"> </w:t>
      </w:r>
      <w:proofErr w:type="spellStart"/>
      <w:r w:rsidR="00456DC7" w:rsidRPr="00456DC7">
        <w:rPr>
          <w:rFonts w:ascii="Mangal" w:eastAsia="Yu Gothic UI" w:hAnsi="Mangal" w:cs="Mangal"/>
        </w:rPr>
        <w:t>खालीलप्रमाणे</w:t>
      </w:r>
      <w:proofErr w:type="spellEnd"/>
      <w:r w:rsidR="00456DC7" w:rsidRPr="00456DC7">
        <w:rPr>
          <w:rFonts w:ascii="Mangal" w:eastAsia="Yu Gothic UI" w:hAnsi="Mangal" w:cs="Mangal"/>
        </w:rPr>
        <w:t xml:space="preserve"> </w:t>
      </w:r>
      <w:proofErr w:type="spellStart"/>
      <w:r w:rsidR="00456DC7" w:rsidRPr="00456DC7">
        <w:rPr>
          <w:rFonts w:ascii="Mangal" w:eastAsia="Yu Gothic UI" w:hAnsi="Mangal" w:cs="Mangal"/>
        </w:rPr>
        <w:t>आहे</w:t>
      </w:r>
      <w:proofErr w:type="spellEnd"/>
    </w:p>
    <w:p w14:paraId="5F17837A" w14:textId="77777777" w:rsidR="00DC0835" w:rsidRDefault="00DC0835" w:rsidP="00456DC7">
      <w:pPr>
        <w:spacing w:after="120"/>
        <w:jc w:val="both"/>
        <w:rPr>
          <w:rFonts w:ascii="Mangal" w:eastAsia="Yu Gothic UI" w:hAnsi="Mangal" w:cs="Mangal"/>
        </w:rPr>
      </w:pPr>
    </w:p>
    <w:p w14:paraId="56C089E2" w14:textId="77777777" w:rsidR="00DC0835" w:rsidRDefault="00DC0835" w:rsidP="00456DC7">
      <w:pPr>
        <w:spacing w:after="120"/>
        <w:jc w:val="both"/>
        <w:rPr>
          <w:rFonts w:ascii="Mangal" w:eastAsia="Yu Gothic UI" w:hAnsi="Mangal" w:cs="Mangal"/>
        </w:rPr>
      </w:pPr>
    </w:p>
    <w:p w14:paraId="5530F5BE" w14:textId="77777777" w:rsidR="00456DC7" w:rsidRPr="00BA6DDB" w:rsidRDefault="00456DC7" w:rsidP="00456DC7">
      <w:pPr>
        <w:spacing w:after="120"/>
        <w:jc w:val="both"/>
        <w:rPr>
          <w:rFonts w:ascii="Yu Gothic UI" w:eastAsia="Yu Gothic UI" w:hAnsi="Yu Gothic U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1418"/>
        <w:gridCol w:w="1596"/>
        <w:gridCol w:w="1264"/>
        <w:gridCol w:w="3226"/>
      </w:tblGrid>
      <w:tr w:rsidR="00227AEA" w:rsidRPr="00BA6DDB" w14:paraId="2590FC78" w14:textId="77777777">
        <w:trPr>
          <w:tblHeader/>
        </w:trPr>
        <w:tc>
          <w:tcPr>
            <w:tcW w:w="600" w:type="dxa"/>
            <w:shd w:val="clear" w:color="auto" w:fill="D9D9D9"/>
          </w:tcPr>
          <w:p w14:paraId="4D7827C0" w14:textId="77777777" w:rsidR="00227AEA" w:rsidRPr="00BA6DDB" w:rsidRDefault="003A52FF">
            <w:pPr>
              <w:jc w:val="center"/>
              <w:rPr>
                <w:rFonts w:ascii="Yu Gothic UI" w:eastAsia="Yu Gothic UI" w:hAnsi="Yu Gothic UI"/>
              </w:rPr>
            </w:pPr>
            <w:r w:rsidRPr="00BA6DDB">
              <w:rPr>
                <w:rFonts w:ascii="Yu Gothic UI" w:eastAsia="Yu Gothic UI" w:hAnsi="Yu Gothic UI"/>
                <w:b/>
                <w:bCs/>
              </w:rPr>
              <w:t xml:space="preserve">Sr. </w:t>
            </w:r>
            <w:proofErr w:type="spellStart"/>
            <w:r w:rsidRPr="00BA6DDB">
              <w:rPr>
                <w:rFonts w:ascii="Mangal" w:eastAsia="Yu Gothic UI" w:hAnsi="Mangal" w:cs="Mangal"/>
                <w:b/>
                <w:bCs/>
              </w:rPr>
              <w:t>क्र</w:t>
            </w:r>
            <w:proofErr w:type="spellEnd"/>
            <w:r w:rsidRPr="00BA6DDB">
              <w:rPr>
                <w:rFonts w:ascii="Yu Gothic UI" w:eastAsia="Yu Gothic UI" w:hAnsi="Yu Gothic UI"/>
                <w:b/>
                <w:bCs/>
              </w:rPr>
              <w:t>.</w:t>
            </w:r>
          </w:p>
        </w:tc>
        <w:tc>
          <w:tcPr>
            <w:tcW w:w="2760" w:type="dxa"/>
            <w:shd w:val="clear" w:color="auto" w:fill="D9D9D9"/>
          </w:tcPr>
          <w:p w14:paraId="1599E26B" w14:textId="77777777" w:rsidR="00227AEA" w:rsidRPr="00BA6DDB" w:rsidRDefault="003A52FF">
            <w:pPr>
              <w:jc w:val="center"/>
              <w:rPr>
                <w:rFonts w:ascii="Yu Gothic UI" w:eastAsia="Yu Gothic UI" w:hAnsi="Yu Gothic UI"/>
              </w:rPr>
            </w:pPr>
            <w:r w:rsidRPr="00BA6DDB">
              <w:rPr>
                <w:rFonts w:ascii="Yu Gothic UI" w:eastAsia="Yu Gothic UI" w:hAnsi="Yu Gothic UI"/>
                <w:b/>
                <w:bCs/>
              </w:rPr>
              <w:t xml:space="preserve">Name / </w:t>
            </w:r>
            <w:proofErr w:type="spellStart"/>
            <w:r w:rsidRPr="00BA6DDB">
              <w:rPr>
                <w:rFonts w:ascii="Mangal" w:eastAsia="Yu Gothic UI" w:hAnsi="Mangal" w:cs="Mangal"/>
                <w:b/>
                <w:bCs/>
              </w:rPr>
              <w:t>नाव</w:t>
            </w:r>
            <w:proofErr w:type="spellEnd"/>
          </w:p>
        </w:tc>
        <w:tc>
          <w:tcPr>
            <w:tcW w:w="2400" w:type="dxa"/>
            <w:shd w:val="clear" w:color="auto" w:fill="D9D9D9"/>
          </w:tcPr>
          <w:p w14:paraId="4B8FEB67" w14:textId="77777777" w:rsidR="00227AEA" w:rsidRPr="00BA6DDB" w:rsidRDefault="003A52FF">
            <w:pPr>
              <w:jc w:val="center"/>
              <w:rPr>
                <w:rFonts w:ascii="Yu Gothic UI" w:eastAsia="Yu Gothic UI" w:hAnsi="Yu Gothic UI"/>
              </w:rPr>
            </w:pPr>
            <w:r w:rsidRPr="00BA6DDB">
              <w:rPr>
                <w:rFonts w:ascii="Yu Gothic UI" w:eastAsia="Yu Gothic UI" w:hAnsi="Yu Gothic UI"/>
                <w:b/>
                <w:bCs/>
              </w:rPr>
              <w:t xml:space="preserve">Relation / </w:t>
            </w:r>
            <w:proofErr w:type="spellStart"/>
            <w:r w:rsidRPr="00BA6DDB">
              <w:rPr>
                <w:rFonts w:ascii="Mangal" w:eastAsia="Yu Gothic UI" w:hAnsi="Mangal" w:cs="Mangal"/>
                <w:b/>
                <w:bCs/>
              </w:rPr>
              <w:t>नाते</w:t>
            </w:r>
            <w:proofErr w:type="spellEnd"/>
          </w:p>
        </w:tc>
        <w:tc>
          <w:tcPr>
            <w:tcW w:w="1800" w:type="dxa"/>
            <w:shd w:val="clear" w:color="auto" w:fill="D9D9D9"/>
          </w:tcPr>
          <w:p w14:paraId="6B46A1A9" w14:textId="77777777" w:rsidR="00227AEA" w:rsidRPr="00BA6DDB" w:rsidRDefault="003A52FF">
            <w:pPr>
              <w:jc w:val="center"/>
              <w:rPr>
                <w:rFonts w:ascii="Yu Gothic UI" w:eastAsia="Yu Gothic UI" w:hAnsi="Yu Gothic UI"/>
              </w:rPr>
            </w:pPr>
            <w:r w:rsidRPr="00BA6DDB">
              <w:rPr>
                <w:rFonts w:ascii="Yu Gothic UI" w:eastAsia="Yu Gothic UI" w:hAnsi="Yu Gothic UI"/>
                <w:b/>
                <w:bCs/>
              </w:rPr>
              <w:t xml:space="preserve">Age / </w:t>
            </w:r>
            <w:proofErr w:type="spellStart"/>
            <w:r w:rsidRPr="00BA6DDB">
              <w:rPr>
                <w:rFonts w:ascii="Mangal" w:eastAsia="Yu Gothic UI" w:hAnsi="Mangal" w:cs="Mangal"/>
                <w:b/>
                <w:bCs/>
              </w:rPr>
              <w:t>वय</w:t>
            </w:r>
            <w:proofErr w:type="spellEnd"/>
          </w:p>
        </w:tc>
        <w:tc>
          <w:tcPr>
            <w:tcW w:w="1800" w:type="dxa"/>
            <w:shd w:val="clear" w:color="auto" w:fill="D9D9D9"/>
          </w:tcPr>
          <w:p w14:paraId="0FB4C908" w14:textId="77777777" w:rsidR="00227AEA" w:rsidRPr="00BA6DDB" w:rsidRDefault="003A52FF">
            <w:pPr>
              <w:jc w:val="center"/>
              <w:rPr>
                <w:rFonts w:ascii="Yu Gothic UI" w:eastAsia="Yu Gothic UI" w:hAnsi="Yu Gothic UI"/>
              </w:rPr>
            </w:pPr>
            <w:r w:rsidRPr="00BA6DDB">
              <w:rPr>
                <w:rFonts w:ascii="Yu Gothic UI" w:eastAsia="Yu Gothic UI" w:hAnsi="Yu Gothic UI"/>
                <w:b/>
                <w:bCs/>
              </w:rPr>
              <w:t xml:space="preserve">Occupation / </w:t>
            </w:r>
            <w:proofErr w:type="spellStart"/>
            <w:r w:rsidRPr="00BA6DDB">
              <w:rPr>
                <w:rFonts w:ascii="Mangal" w:eastAsia="Yu Gothic UI" w:hAnsi="Mangal" w:cs="Mangal"/>
                <w:b/>
                <w:bCs/>
              </w:rPr>
              <w:t>व्यवसाय</w:t>
            </w:r>
            <w:proofErr w:type="spellEnd"/>
          </w:p>
        </w:tc>
      </w:tr>
      <w:tr w:rsidR="000B4CC5" w14:paraId="169EC809" w14:textId="77777777" w:rsidTr="000B4C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3242C9" w14:textId="77777777" w:rsidR="000B4CC5" w:rsidRPr="003A52FF" w:rsidRDefault="000B4CC5">
            <w:pPr>
              <w:rPr>
                <w:kern w:val="2"/>
              </w:rPr>
            </w:pPr>
            <w:r>
              <w:rPr>
                <w:rFonts w:ascii="Yu Gothic UI" w:eastAsia="Yu Gothic UI" w:hAnsi="Yu Gothic UI" w:hint="eastAsia"/>
                <w:b/>
                <w:bCs/>
                <w:color w:val="1D4ED8"/>
              </w:rPr>
              <w:lastRenderedPageBreak/>
              <w:t>{#family_</w:t>
            </w:r>
            <w:proofErr w:type="gramStart"/>
            <w:r>
              <w:rPr>
                <w:rFonts w:ascii="Yu Gothic UI" w:eastAsia="Yu Gothic UI" w:hAnsi="Yu Gothic UI" w:hint="eastAsia"/>
                <w:b/>
                <w:bCs/>
                <w:color w:val="1D4ED8"/>
              </w:rPr>
              <w:t>members}{</w:t>
            </w:r>
            <w:proofErr w:type="gramEnd"/>
            <w:r>
              <w:rPr>
                <w:rFonts w:ascii="Yu Gothic UI" w:eastAsia="Yu Gothic UI" w:hAnsi="Yu Gothic UI" w:hint="eastAsia"/>
                <w:b/>
                <w:bCs/>
                <w:color w:val="1D4ED8"/>
              </w:rPr>
              <w:t>sr_no}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13905E5" w14:textId="77777777" w:rsidR="000B4CC5" w:rsidRDefault="000B4CC5">
            <w:r>
              <w:rPr>
                <w:b/>
                <w:bCs/>
                <w:color w:val="1D4ED8"/>
              </w:rPr>
              <w:t>{</w:t>
            </w:r>
            <w:proofErr w:type="spellStart"/>
            <w:r>
              <w:rPr>
                <w:b/>
                <w:bCs/>
                <w:color w:val="1D4ED8"/>
              </w:rPr>
              <w:t>member_name</w:t>
            </w:r>
            <w:proofErr w:type="spellEnd"/>
            <w:r>
              <w:rPr>
                <w:b/>
                <w:bCs/>
                <w:color w:val="1D4ED8"/>
              </w:rPr>
              <w:t>}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3A3D2BE" w14:textId="77777777" w:rsidR="000B4CC5" w:rsidRDefault="000B4CC5">
            <w:r>
              <w:rPr>
                <w:b/>
                <w:bCs/>
                <w:color w:val="1D4ED8"/>
              </w:rPr>
              <w:t>{</w:t>
            </w:r>
            <w:proofErr w:type="spellStart"/>
            <w:r>
              <w:rPr>
                <w:b/>
                <w:bCs/>
                <w:color w:val="1D4ED8"/>
              </w:rPr>
              <w:t>member_relation</w:t>
            </w:r>
            <w:proofErr w:type="spellEnd"/>
            <w:r>
              <w:rPr>
                <w:b/>
                <w:bCs/>
                <w:color w:val="1D4ED8"/>
              </w:rPr>
              <w:t>}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ED8B7D6" w14:textId="77777777" w:rsidR="000B4CC5" w:rsidRDefault="000B4CC5">
            <w:r>
              <w:rPr>
                <w:b/>
                <w:bCs/>
                <w:color w:val="1D4ED8"/>
              </w:rPr>
              <w:t>{</w:t>
            </w:r>
            <w:proofErr w:type="spellStart"/>
            <w:r>
              <w:rPr>
                <w:b/>
                <w:bCs/>
                <w:color w:val="1D4ED8"/>
              </w:rPr>
              <w:t>member_age</w:t>
            </w:r>
            <w:proofErr w:type="spellEnd"/>
            <w:r>
              <w:rPr>
                <w:b/>
                <w:bCs/>
                <w:color w:val="1D4ED8"/>
              </w:rPr>
              <w:t>}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B116D66" w14:textId="77777777" w:rsidR="000B4CC5" w:rsidRDefault="000B4CC5">
            <w:r>
              <w:rPr>
                <w:b/>
                <w:bCs/>
                <w:color w:val="1D4ED8"/>
              </w:rPr>
              <w:t>{</w:t>
            </w:r>
            <w:proofErr w:type="spellStart"/>
            <w:r>
              <w:rPr>
                <w:b/>
                <w:bCs/>
                <w:color w:val="1D4ED8"/>
              </w:rPr>
              <w:t>member_</w:t>
            </w:r>
            <w:proofErr w:type="gramStart"/>
            <w:r>
              <w:rPr>
                <w:b/>
                <w:bCs/>
                <w:color w:val="1D4ED8"/>
              </w:rPr>
              <w:t>occupation</w:t>
            </w:r>
            <w:proofErr w:type="spellEnd"/>
            <w:r>
              <w:rPr>
                <w:b/>
                <w:bCs/>
                <w:color w:val="1D4ED8"/>
              </w:rPr>
              <w:t>}{</w:t>
            </w:r>
            <w:proofErr w:type="gramEnd"/>
            <w:r>
              <w:rPr>
                <w:b/>
                <w:bCs/>
                <w:color w:val="1D4ED8"/>
              </w:rPr>
              <w:t>/</w:t>
            </w:r>
            <w:proofErr w:type="spellStart"/>
            <w:r>
              <w:rPr>
                <w:b/>
                <w:bCs/>
                <w:color w:val="1D4ED8"/>
              </w:rPr>
              <w:t>family_members</w:t>
            </w:r>
            <w:proofErr w:type="spellEnd"/>
            <w:r>
              <w:rPr>
                <w:b/>
                <w:bCs/>
                <w:color w:val="1D4ED8"/>
              </w:rPr>
              <w:t>}</w:t>
            </w:r>
          </w:p>
        </w:tc>
      </w:tr>
    </w:tbl>
    <w:p w14:paraId="646CBCFC" w14:textId="77777777" w:rsidR="00227AEA" w:rsidRPr="00BA6DDB" w:rsidRDefault="00227AEA">
      <w:pPr>
        <w:spacing w:after="120"/>
        <w:rPr>
          <w:rFonts w:ascii="Yu Gothic UI" w:eastAsia="Yu Gothic UI" w:hAnsi="Yu Gothic UI"/>
        </w:rPr>
      </w:pPr>
    </w:p>
    <w:p w14:paraId="3DEFF7D4" w14:textId="5C8475F1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  <w:b/>
          <w:bCs/>
        </w:rPr>
      </w:pPr>
      <w:r w:rsidRPr="00456DC7">
        <w:rPr>
          <w:rFonts w:ascii="Yu Gothic UI" w:eastAsia="Yu Gothic UI" w:hAnsi="Yu Gothic UI"/>
          <w:b/>
          <w:bCs/>
        </w:rPr>
        <w:t xml:space="preserve">7. </w:t>
      </w:r>
      <w:r w:rsidRPr="00456DC7">
        <w:rPr>
          <w:rFonts w:ascii="Yu Gothic UI" w:eastAsia="Yu Gothic UI" w:hAnsi="Yu Gothic UI"/>
        </w:rPr>
        <w:t>That I am aware that making a false statement in this affidavit is a punishable offence under the Bharatiya Nyaya</w:t>
      </w:r>
      <w:r w:rsidRPr="00456DC7">
        <w:rPr>
          <w:rFonts w:ascii="Yu Gothic UI" w:eastAsia="Yu Gothic UI" w:hAnsi="Yu Gothic UI"/>
        </w:rPr>
        <w:t xml:space="preserve"> </w:t>
      </w:r>
      <w:r w:rsidRPr="00456DC7">
        <w:rPr>
          <w:rFonts w:ascii="Yu Gothic UI" w:eastAsia="Yu Gothic UI" w:hAnsi="Yu Gothic UI"/>
        </w:rPr>
        <w:t>Sanhita, 2023 (Sections 227 and 229). I accept full legal responsibility for the accuracy of the above declarations.</w:t>
      </w:r>
    </w:p>
    <w:p w14:paraId="2CFFBF37" w14:textId="7BCD9087" w:rsidR="00456DC7" w:rsidRPr="00456DC7" w:rsidRDefault="00456DC7" w:rsidP="00456DC7">
      <w:pPr>
        <w:spacing w:after="120"/>
        <w:jc w:val="both"/>
        <w:rPr>
          <w:rFonts w:ascii="Yu Gothic UI" w:eastAsia="Yu Gothic UI" w:hAnsi="Yu Gothic UI"/>
          <w:b/>
          <w:bCs/>
        </w:rPr>
      </w:pPr>
      <w:r w:rsidRPr="00E834F7">
        <w:rPr>
          <w:rFonts w:ascii="Mangal" w:eastAsia="Yu Gothic UI" w:hAnsi="Mangal" w:cs="Mangal"/>
        </w:rPr>
        <w:t>७</w:t>
      </w:r>
      <w:r w:rsidRPr="00456DC7">
        <w:rPr>
          <w:rFonts w:ascii="Yu Gothic UI" w:eastAsia="Yu Gothic UI" w:hAnsi="Yu Gothic UI"/>
          <w:b/>
          <w:bCs/>
        </w:rPr>
        <w:t xml:space="preserve">. </w:t>
      </w:r>
      <w:proofErr w:type="spellStart"/>
      <w:r w:rsidRPr="00E834F7">
        <w:rPr>
          <w:rFonts w:ascii="Mangal" w:eastAsia="Yu Gothic UI" w:hAnsi="Mangal" w:cs="Mangal"/>
        </w:rPr>
        <w:t>मला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माहीत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आहे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की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या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शपथपत्रात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खोटी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माहिती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देणे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भारतीय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न्याय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संहिता</w:t>
      </w:r>
      <w:proofErr w:type="spellEnd"/>
      <w:r w:rsidRPr="00E834F7">
        <w:rPr>
          <w:rFonts w:ascii="Yu Gothic UI" w:eastAsia="Yu Gothic UI" w:hAnsi="Yu Gothic UI"/>
        </w:rPr>
        <w:t xml:space="preserve">, </w:t>
      </w:r>
      <w:r w:rsidRPr="00E834F7">
        <w:rPr>
          <w:rFonts w:ascii="Mangal" w:eastAsia="Yu Gothic UI" w:hAnsi="Mangal" w:cs="Mangal"/>
        </w:rPr>
        <w:t>२०२३</w:t>
      </w:r>
      <w:r w:rsidRPr="00E834F7">
        <w:rPr>
          <w:rFonts w:ascii="Yu Gothic UI" w:eastAsia="Yu Gothic UI" w:hAnsi="Yu Gothic UI"/>
        </w:rPr>
        <w:t xml:space="preserve"> (</w:t>
      </w:r>
      <w:proofErr w:type="spellStart"/>
      <w:r w:rsidRPr="00E834F7">
        <w:rPr>
          <w:rFonts w:ascii="Mangal" w:eastAsia="Yu Gothic UI" w:hAnsi="Mangal" w:cs="Mangal"/>
        </w:rPr>
        <w:t>कलम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r w:rsidRPr="00E834F7">
        <w:rPr>
          <w:rFonts w:ascii="Mangal" w:eastAsia="Yu Gothic UI" w:hAnsi="Mangal" w:cs="Mangal"/>
        </w:rPr>
        <w:t>२२७</w:t>
      </w:r>
      <w:r w:rsidRPr="00E834F7">
        <w:rPr>
          <w:rFonts w:ascii="Yu Gothic UI" w:eastAsia="Yu Gothic UI" w:hAnsi="Yu Gothic UI"/>
        </w:rPr>
        <w:t xml:space="preserve"> </w:t>
      </w:r>
      <w:r w:rsidRPr="00E834F7">
        <w:rPr>
          <w:rFonts w:ascii="Mangal" w:eastAsia="Yu Gothic UI" w:hAnsi="Mangal" w:cs="Mangal"/>
        </w:rPr>
        <w:t>व</w:t>
      </w:r>
      <w:r w:rsidRPr="00E834F7">
        <w:rPr>
          <w:rFonts w:ascii="Yu Gothic UI" w:eastAsia="Yu Gothic UI" w:hAnsi="Yu Gothic UI"/>
        </w:rPr>
        <w:t xml:space="preserve"> </w:t>
      </w:r>
      <w:r w:rsidRPr="00E834F7">
        <w:rPr>
          <w:rFonts w:ascii="Mangal" w:eastAsia="Yu Gothic UI" w:hAnsi="Mangal" w:cs="Mangal"/>
        </w:rPr>
        <w:t>२२९</w:t>
      </w:r>
      <w:r w:rsidRPr="00E834F7">
        <w:rPr>
          <w:rFonts w:ascii="Yu Gothic UI" w:eastAsia="Yu Gothic UI" w:hAnsi="Yu Gothic UI"/>
        </w:rPr>
        <w:t xml:space="preserve">) </w:t>
      </w:r>
      <w:proofErr w:type="spellStart"/>
      <w:r w:rsidRPr="00E834F7">
        <w:rPr>
          <w:rFonts w:ascii="Mangal" w:eastAsia="Yu Gothic UI" w:hAnsi="Mangal" w:cs="Mangal"/>
        </w:rPr>
        <w:t>अंतर्गत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दंडनीय</w:t>
      </w:r>
      <w:proofErr w:type="spellEnd"/>
      <w:r w:rsidRPr="00E834F7">
        <w:rPr>
          <w:rFonts w:ascii="Mangal" w:eastAsia="Yu Gothic UI" w:hAnsi="Mangal" w:cs="Mangal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अपराध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आहे</w:t>
      </w:r>
      <w:proofErr w:type="spellEnd"/>
      <w:r w:rsidRPr="00E834F7">
        <w:rPr>
          <w:rFonts w:ascii="Yu Gothic UI" w:eastAsia="Yu Gothic UI" w:hAnsi="Yu Gothic UI"/>
        </w:rPr>
        <w:t xml:space="preserve">. </w:t>
      </w:r>
      <w:proofErr w:type="spellStart"/>
      <w:r w:rsidRPr="00E834F7">
        <w:rPr>
          <w:rFonts w:ascii="Mangal" w:eastAsia="Yu Gothic UI" w:hAnsi="Mangal" w:cs="Mangal"/>
        </w:rPr>
        <w:t>वरील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सर्व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घोषणांच्या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अचूकतेची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संपूर्ण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कायदेशीर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जबाबदारी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मी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स्वीकारतो</w:t>
      </w:r>
      <w:proofErr w:type="spellEnd"/>
      <w:r w:rsidRPr="00E834F7">
        <w:rPr>
          <w:rFonts w:ascii="Yu Gothic UI" w:eastAsia="Yu Gothic UI" w:hAnsi="Yu Gothic UI"/>
        </w:rPr>
        <w:t>/</w:t>
      </w:r>
      <w:proofErr w:type="spellStart"/>
      <w:r w:rsidRPr="00E834F7">
        <w:rPr>
          <w:rFonts w:ascii="Mangal" w:eastAsia="Yu Gothic UI" w:hAnsi="Mangal" w:cs="Mangal"/>
        </w:rPr>
        <w:t>स्वीकारते</w:t>
      </w:r>
      <w:proofErr w:type="spellEnd"/>
      <w:r w:rsidRPr="00E834F7">
        <w:rPr>
          <w:rFonts w:ascii="Yu Gothic UI" w:eastAsia="Yu Gothic UI" w:hAnsi="Yu Gothic UI"/>
        </w:rPr>
        <w:t>.</w:t>
      </w:r>
    </w:p>
    <w:p w14:paraId="212A5991" w14:textId="37CA2A42" w:rsidR="00456DC7" w:rsidRPr="00E834F7" w:rsidRDefault="00456DC7" w:rsidP="00456DC7">
      <w:pPr>
        <w:spacing w:after="120"/>
        <w:jc w:val="both"/>
        <w:rPr>
          <w:rFonts w:ascii="Yu Gothic UI" w:eastAsia="Yu Gothic UI" w:hAnsi="Yu Gothic UI"/>
        </w:rPr>
      </w:pPr>
      <w:r w:rsidRPr="00E834F7">
        <w:rPr>
          <w:rFonts w:ascii="Yu Gothic UI" w:eastAsia="Yu Gothic UI" w:hAnsi="Yu Gothic UI"/>
        </w:rPr>
        <w:t>8. That this affidavit is made voluntarily, without any coercion or inducement, for the purpose of applying for an Age,</w:t>
      </w:r>
      <w:r w:rsidR="00E834F7" w:rsidRPr="00E834F7">
        <w:rPr>
          <w:rFonts w:ascii="Yu Gothic UI" w:eastAsia="Yu Gothic UI" w:hAnsi="Yu Gothic UI"/>
        </w:rPr>
        <w:t xml:space="preserve"> </w:t>
      </w:r>
      <w:r w:rsidRPr="00E834F7">
        <w:rPr>
          <w:rFonts w:ascii="Yu Gothic UI" w:eastAsia="Yu Gothic UI" w:hAnsi="Yu Gothic UI"/>
        </w:rPr>
        <w:t>Nationality, and Domicile Certificate from the competent authority under the Maharashtra Right to Public Services</w:t>
      </w:r>
      <w:r w:rsidR="00E834F7" w:rsidRPr="00E834F7">
        <w:rPr>
          <w:rFonts w:ascii="Yu Gothic UI" w:eastAsia="Yu Gothic UI" w:hAnsi="Yu Gothic UI"/>
        </w:rPr>
        <w:t xml:space="preserve"> </w:t>
      </w:r>
      <w:r w:rsidRPr="00E834F7">
        <w:rPr>
          <w:rFonts w:ascii="Yu Gothic UI" w:eastAsia="Yu Gothic UI" w:hAnsi="Yu Gothic UI"/>
        </w:rPr>
        <w:t>Act, 2015.</w:t>
      </w:r>
    </w:p>
    <w:p w14:paraId="1F7E4D8A" w14:textId="337693A5" w:rsidR="00227AEA" w:rsidRDefault="00456DC7" w:rsidP="00DC0835">
      <w:pPr>
        <w:spacing w:after="120"/>
        <w:jc w:val="both"/>
        <w:rPr>
          <w:rFonts w:ascii="Yu Gothic UI" w:eastAsia="Yu Gothic UI" w:hAnsi="Yu Gothic UI"/>
        </w:rPr>
      </w:pPr>
      <w:r w:rsidRPr="00E834F7">
        <w:rPr>
          <w:rFonts w:ascii="Mangal" w:eastAsia="Yu Gothic UI" w:hAnsi="Mangal" w:cs="Mangal"/>
        </w:rPr>
        <w:t>८</w:t>
      </w:r>
      <w:r w:rsidRPr="00E834F7">
        <w:rPr>
          <w:rFonts w:ascii="Yu Gothic UI" w:eastAsia="Yu Gothic UI" w:hAnsi="Yu Gothic UI"/>
        </w:rPr>
        <w:t xml:space="preserve">. </w:t>
      </w:r>
      <w:proofErr w:type="spellStart"/>
      <w:r w:rsidRPr="00E834F7">
        <w:rPr>
          <w:rFonts w:ascii="Mangal" w:eastAsia="Yu Gothic UI" w:hAnsi="Mangal" w:cs="Mangal"/>
        </w:rPr>
        <w:t>हे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शपथपत्र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महाराष्ट्र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लोकसेवा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हक्क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अधिनियम</w:t>
      </w:r>
      <w:proofErr w:type="spellEnd"/>
      <w:r w:rsidRPr="00E834F7">
        <w:rPr>
          <w:rFonts w:ascii="Yu Gothic UI" w:eastAsia="Yu Gothic UI" w:hAnsi="Yu Gothic UI"/>
        </w:rPr>
        <w:t xml:space="preserve">, </w:t>
      </w:r>
      <w:r w:rsidRPr="00E834F7">
        <w:rPr>
          <w:rFonts w:ascii="Mangal" w:eastAsia="Yu Gothic UI" w:hAnsi="Mangal" w:cs="Mangal"/>
        </w:rPr>
        <w:t>२०१५</w:t>
      </w:r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अंतर्गत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सक्षम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अधिकाऱ्याकडे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वय</w:t>
      </w:r>
      <w:proofErr w:type="spellEnd"/>
      <w:r w:rsidRPr="00E834F7">
        <w:rPr>
          <w:rFonts w:ascii="Yu Gothic UI" w:eastAsia="Yu Gothic UI" w:hAnsi="Yu Gothic UI"/>
        </w:rPr>
        <w:t xml:space="preserve">, </w:t>
      </w:r>
      <w:proofErr w:type="spellStart"/>
      <w:r w:rsidRPr="00E834F7">
        <w:rPr>
          <w:rFonts w:ascii="Mangal" w:eastAsia="Yu Gothic UI" w:hAnsi="Mangal" w:cs="Mangal"/>
        </w:rPr>
        <w:t>राष्ट्रीयत्व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r w:rsidRPr="00E834F7">
        <w:rPr>
          <w:rFonts w:ascii="Mangal" w:eastAsia="Yu Gothic UI" w:hAnsi="Mangal" w:cs="Mangal"/>
        </w:rPr>
        <w:t>व</w:t>
      </w:r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अधिवास</w:t>
      </w:r>
      <w:proofErr w:type="spellEnd"/>
      <w:r w:rsidR="00E834F7" w:rsidRPr="00E834F7">
        <w:rPr>
          <w:rFonts w:ascii="Mangal" w:eastAsia="Yu Gothic UI" w:hAnsi="Mangal" w:cs="Mangal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प्रमाणपत्रासाठी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अर्ज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करण्याच्या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उद्देशाने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स्वेच्छेने</w:t>
      </w:r>
      <w:proofErr w:type="spellEnd"/>
      <w:r w:rsidRPr="00E834F7">
        <w:rPr>
          <w:rFonts w:ascii="Yu Gothic UI" w:eastAsia="Yu Gothic UI" w:hAnsi="Yu Gothic UI"/>
        </w:rPr>
        <w:t xml:space="preserve">, </w:t>
      </w:r>
      <w:proofErr w:type="spellStart"/>
      <w:r w:rsidRPr="00E834F7">
        <w:rPr>
          <w:rFonts w:ascii="Mangal" w:eastAsia="Yu Gothic UI" w:hAnsi="Mangal" w:cs="Mangal"/>
        </w:rPr>
        <w:t>कोणत्याही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दबावाशिवाय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दिले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आहे</w:t>
      </w:r>
      <w:proofErr w:type="spellEnd"/>
      <w:r w:rsidRPr="00E834F7">
        <w:rPr>
          <w:rFonts w:ascii="Yu Gothic UI" w:eastAsia="Yu Gothic UI" w:hAnsi="Yu Gothic UI"/>
        </w:rPr>
        <w:t>.</w:t>
      </w:r>
    </w:p>
    <w:p w14:paraId="2A40E7F8" w14:textId="77777777" w:rsidR="00DC0835" w:rsidRDefault="00DC0835" w:rsidP="00DC0835">
      <w:pPr>
        <w:spacing w:after="120"/>
        <w:jc w:val="both"/>
        <w:rPr>
          <w:rFonts w:ascii="Yu Gothic UI" w:eastAsia="Yu Gothic UI" w:hAnsi="Yu Gothic UI"/>
        </w:rPr>
      </w:pPr>
    </w:p>
    <w:p w14:paraId="57542F42" w14:textId="77777777" w:rsidR="00DC0835" w:rsidRDefault="00DC0835" w:rsidP="00DC0835">
      <w:pPr>
        <w:spacing w:after="120"/>
        <w:jc w:val="both"/>
        <w:rPr>
          <w:rFonts w:ascii="Yu Gothic UI" w:eastAsia="Yu Gothic UI" w:hAnsi="Yu Gothic UI"/>
        </w:rPr>
      </w:pPr>
    </w:p>
    <w:p w14:paraId="1AAD7A95" w14:textId="77777777" w:rsidR="00DC0835" w:rsidRDefault="00DC0835" w:rsidP="00DC0835">
      <w:pPr>
        <w:spacing w:after="120"/>
        <w:jc w:val="both"/>
        <w:rPr>
          <w:rFonts w:ascii="Yu Gothic UI" w:eastAsia="Yu Gothic UI" w:hAnsi="Yu Gothic UI"/>
        </w:rPr>
      </w:pPr>
    </w:p>
    <w:p w14:paraId="39B7ACBC" w14:textId="77777777" w:rsidR="00DC0835" w:rsidRDefault="00DC0835" w:rsidP="00DC0835">
      <w:pPr>
        <w:spacing w:after="120"/>
        <w:jc w:val="both"/>
        <w:rPr>
          <w:rFonts w:ascii="Yu Gothic UI" w:eastAsia="Yu Gothic UI" w:hAnsi="Yu Gothic UI"/>
        </w:rPr>
      </w:pPr>
    </w:p>
    <w:p w14:paraId="48591558" w14:textId="77777777" w:rsidR="00E834F7" w:rsidRDefault="00E834F7">
      <w:pPr>
        <w:spacing w:after="60"/>
        <w:rPr>
          <w:rFonts w:ascii="Yu Gothic UI" w:eastAsia="Yu Gothic UI" w:hAnsi="Yu Gothic UI"/>
        </w:rPr>
      </w:pPr>
    </w:p>
    <w:p w14:paraId="0CF3E9B0" w14:textId="77777777" w:rsidR="00E834F7" w:rsidRDefault="00E834F7">
      <w:pPr>
        <w:spacing w:after="60"/>
        <w:rPr>
          <w:rFonts w:ascii="Yu Gothic UI" w:eastAsia="Yu Gothic UI" w:hAnsi="Yu Gothic UI"/>
        </w:rPr>
      </w:pPr>
    </w:p>
    <w:p w14:paraId="5A628F48" w14:textId="77777777" w:rsidR="00E834F7" w:rsidRDefault="00E834F7">
      <w:pPr>
        <w:spacing w:after="60"/>
        <w:rPr>
          <w:rFonts w:ascii="Yu Gothic UI" w:eastAsia="Yu Gothic UI" w:hAnsi="Yu Gothic UI"/>
        </w:rPr>
      </w:pPr>
    </w:p>
    <w:p w14:paraId="643220CD" w14:textId="77777777" w:rsidR="00E834F7" w:rsidRPr="00BA6DDB" w:rsidRDefault="00E834F7">
      <w:pPr>
        <w:spacing w:after="60"/>
        <w:rPr>
          <w:rFonts w:ascii="Yu Gothic UI" w:eastAsia="Yu Gothic UI" w:hAnsi="Yu Gothic UI"/>
        </w:rPr>
      </w:pPr>
    </w:p>
    <w:p w14:paraId="4B716FE3" w14:textId="77777777" w:rsidR="00227AEA" w:rsidRPr="00E834F7" w:rsidRDefault="003A52FF">
      <w:pPr>
        <w:spacing w:before="80" w:after="80"/>
        <w:jc w:val="both"/>
        <w:rPr>
          <w:rFonts w:ascii="Yu Gothic UI" w:eastAsia="Yu Gothic UI" w:hAnsi="Yu Gothic UI"/>
        </w:rPr>
      </w:pPr>
      <w:r w:rsidRPr="00E834F7">
        <w:rPr>
          <w:rFonts w:ascii="Yu Gothic UI" w:eastAsia="Yu Gothic UI" w:hAnsi="Yu Gothic UI"/>
        </w:rPr>
        <w:lastRenderedPageBreak/>
        <w:t>I state that the contents of this affidavit are true and correct to the best of my knowledge and belief. Nothing material has been concealed or misstated.</w:t>
      </w:r>
    </w:p>
    <w:p w14:paraId="59DE3F9D" w14:textId="77777777" w:rsidR="00227AEA" w:rsidRPr="00E834F7" w:rsidRDefault="003A52FF">
      <w:pPr>
        <w:spacing w:before="80" w:after="80"/>
        <w:jc w:val="both"/>
        <w:rPr>
          <w:rFonts w:ascii="Yu Gothic UI" w:eastAsia="Yu Gothic UI" w:hAnsi="Yu Gothic UI"/>
        </w:rPr>
      </w:pPr>
      <w:proofErr w:type="spellStart"/>
      <w:r w:rsidRPr="00E834F7">
        <w:rPr>
          <w:rFonts w:ascii="Mangal" w:eastAsia="Yu Gothic UI" w:hAnsi="Mangal" w:cs="Mangal"/>
        </w:rPr>
        <w:t>मी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सांगतो</w:t>
      </w:r>
      <w:proofErr w:type="spellEnd"/>
      <w:r w:rsidRPr="00E834F7">
        <w:rPr>
          <w:rFonts w:ascii="Yu Gothic UI" w:eastAsia="Yu Gothic UI" w:hAnsi="Yu Gothic UI"/>
        </w:rPr>
        <w:t>/</w:t>
      </w:r>
      <w:proofErr w:type="spellStart"/>
      <w:r w:rsidRPr="00E834F7">
        <w:rPr>
          <w:rFonts w:ascii="Mangal" w:eastAsia="Yu Gothic UI" w:hAnsi="Mangal" w:cs="Mangal"/>
        </w:rPr>
        <w:t>सांगते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की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या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शपथपत्रातील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सर्व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मजकूर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माझ्या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माहितीप्रमाणे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खरा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r w:rsidRPr="00E834F7">
        <w:rPr>
          <w:rFonts w:ascii="Mangal" w:eastAsia="Yu Gothic UI" w:hAnsi="Mangal" w:cs="Mangal"/>
        </w:rPr>
        <w:t>व</w:t>
      </w:r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अचूक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आहे</w:t>
      </w:r>
      <w:proofErr w:type="spellEnd"/>
      <w:r w:rsidRPr="00E834F7">
        <w:rPr>
          <w:rFonts w:ascii="Yu Gothic UI" w:eastAsia="Yu Gothic UI" w:hAnsi="Yu Gothic UI"/>
        </w:rPr>
        <w:t xml:space="preserve">. </w:t>
      </w:r>
      <w:proofErr w:type="spellStart"/>
      <w:r w:rsidRPr="00E834F7">
        <w:rPr>
          <w:rFonts w:ascii="Mangal" w:eastAsia="Yu Gothic UI" w:hAnsi="Mangal" w:cs="Mangal"/>
        </w:rPr>
        <w:t>कोणतीही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महत्त्वाची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माहिती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दडवलेली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वा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चुकीची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सांगितलेली</w:t>
      </w:r>
      <w:proofErr w:type="spellEnd"/>
      <w:r w:rsidRPr="00E834F7">
        <w:rPr>
          <w:rFonts w:ascii="Yu Gothic UI" w:eastAsia="Yu Gothic UI" w:hAnsi="Yu Gothic UI"/>
        </w:rPr>
        <w:t xml:space="preserve"> </w:t>
      </w:r>
      <w:proofErr w:type="spellStart"/>
      <w:r w:rsidRPr="00E834F7">
        <w:rPr>
          <w:rFonts w:ascii="Mangal" w:eastAsia="Yu Gothic UI" w:hAnsi="Mangal" w:cs="Mangal"/>
        </w:rPr>
        <w:t>नाही</w:t>
      </w:r>
      <w:proofErr w:type="spellEnd"/>
      <w:r w:rsidRPr="00E834F7">
        <w:rPr>
          <w:rFonts w:ascii="Yu Gothic UI" w:eastAsia="Yu Gothic UI" w:hAnsi="Yu Gothic UI"/>
        </w:rPr>
        <w:t>.</w:t>
      </w:r>
    </w:p>
    <w:p w14:paraId="3E3B564F" w14:textId="77777777" w:rsidR="00227AEA" w:rsidRPr="009E601E" w:rsidRDefault="00227AEA">
      <w:pPr>
        <w:spacing w:after="80"/>
        <w:rPr>
          <w:rFonts w:ascii="Yu Gothic UI" w:eastAsia="Yu Gothic UI" w:hAnsi="Yu Gothic UI"/>
        </w:rPr>
      </w:pPr>
    </w:p>
    <w:p w14:paraId="056ADA3D" w14:textId="77777777" w:rsidR="00227AEA" w:rsidRPr="009E601E" w:rsidRDefault="003A52FF">
      <w:pPr>
        <w:spacing w:before="80" w:after="80"/>
        <w:jc w:val="both"/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  <w:sz w:val="24"/>
          <w:szCs w:val="24"/>
        </w:rPr>
        <w:t xml:space="preserve">Solemnly affirmed at </w:t>
      </w:r>
      <w:r w:rsidR="00DB0395" w:rsidRPr="00DB0395">
        <w:rPr>
          <w:rFonts w:ascii="Yu Gothic UI" w:eastAsia="Yu Gothic UI" w:hAnsi="Yu Gothic UI" w:hint="eastAsia"/>
          <w:b/>
          <w:bCs/>
          <w:color w:val="1D4ED8"/>
          <w:sz w:val="24"/>
          <w:szCs w:val="24"/>
        </w:rPr>
        <w:t>{place}</w:t>
      </w:r>
      <w:r w:rsidRPr="009E601E">
        <w:rPr>
          <w:rFonts w:ascii="Yu Gothic UI" w:eastAsia="Yu Gothic UI" w:hAnsi="Yu Gothic UI"/>
          <w:sz w:val="24"/>
          <w:szCs w:val="24"/>
        </w:rPr>
        <w:t xml:space="preserve"> on </w:t>
      </w:r>
      <w:r w:rsidR="00DB0395" w:rsidRPr="00DB0395">
        <w:rPr>
          <w:rFonts w:ascii="Yu Gothic UI" w:eastAsia="Yu Gothic UI" w:hAnsi="Yu Gothic UI" w:hint="eastAsia"/>
          <w:b/>
          <w:bCs/>
          <w:color w:val="1D4ED8"/>
          <w:sz w:val="24"/>
          <w:szCs w:val="24"/>
        </w:rPr>
        <w:t>{</w:t>
      </w:r>
      <w:proofErr w:type="spellStart"/>
      <w:r w:rsidR="00DB0395" w:rsidRPr="00DB0395">
        <w:rPr>
          <w:rFonts w:ascii="Yu Gothic UI" w:eastAsia="Yu Gothic UI" w:hAnsi="Yu Gothic UI" w:hint="eastAsia"/>
          <w:b/>
          <w:bCs/>
          <w:color w:val="1D4ED8"/>
          <w:sz w:val="24"/>
          <w:szCs w:val="24"/>
        </w:rPr>
        <w:t>exec_</w:t>
      </w:r>
      <w:proofErr w:type="gramStart"/>
      <w:r w:rsidR="00DB0395" w:rsidRPr="00DB0395">
        <w:rPr>
          <w:rFonts w:ascii="Yu Gothic UI" w:eastAsia="Yu Gothic UI" w:hAnsi="Yu Gothic UI" w:hint="eastAsia"/>
          <w:b/>
          <w:bCs/>
          <w:color w:val="1D4ED8"/>
          <w:sz w:val="24"/>
          <w:szCs w:val="24"/>
        </w:rPr>
        <w:t>date</w:t>
      </w:r>
      <w:proofErr w:type="spellEnd"/>
      <w:r w:rsidR="00DB0395" w:rsidRPr="00DB0395">
        <w:rPr>
          <w:rFonts w:ascii="Yu Gothic UI" w:eastAsia="Yu Gothic UI" w:hAnsi="Yu Gothic UI" w:hint="eastAsia"/>
          <w:b/>
          <w:bCs/>
          <w:color w:val="1D4ED8"/>
          <w:sz w:val="24"/>
          <w:szCs w:val="24"/>
        </w:rPr>
        <w:t>}</w:t>
      </w:r>
      <w:r w:rsidR="00DB0395" w:rsidRPr="00DB0395">
        <w:rPr>
          <w:rFonts w:ascii="Yu Gothic UI" w:eastAsia="Yu Gothic UI" w:hAnsi="Yu Gothic UI" w:hint="eastAsia"/>
          <w:sz w:val="24"/>
          <w:szCs w:val="24"/>
        </w:rPr>
        <w:t>.</w:t>
      </w:r>
      <w:proofErr w:type="gramEnd"/>
    </w:p>
    <w:p w14:paraId="6F42F8D9" w14:textId="77777777" w:rsidR="00227AEA" w:rsidRPr="009E601E" w:rsidRDefault="003A52FF">
      <w:pPr>
        <w:spacing w:before="80" w:after="80"/>
        <w:jc w:val="both"/>
        <w:rPr>
          <w:rFonts w:ascii="Yu Gothic UI" w:eastAsia="Yu Gothic UI" w:hAnsi="Yu Gothic UI"/>
        </w:rPr>
      </w:pPr>
      <w:proofErr w:type="spellStart"/>
      <w:r w:rsidRPr="00EF34B2">
        <w:rPr>
          <w:rFonts w:ascii="Mangal" w:hAnsi="Mangal" w:cs="Mangal"/>
          <w:sz w:val="24"/>
          <w:szCs w:val="24"/>
        </w:rPr>
        <w:t>ठिकाण</w:t>
      </w:r>
      <w:proofErr w:type="spellEnd"/>
      <w:r w:rsidRPr="009E601E">
        <w:rPr>
          <w:rFonts w:ascii="Yu Gothic UI" w:eastAsia="Yu Gothic UI" w:hAnsi="Yu Gothic UI"/>
          <w:sz w:val="24"/>
          <w:szCs w:val="24"/>
        </w:rPr>
        <w:t xml:space="preserve"> / Place: </w:t>
      </w:r>
      <w:r w:rsidR="00EF34B2" w:rsidRPr="00EF34B2">
        <w:rPr>
          <w:rFonts w:ascii="Yu Gothic UI" w:eastAsia="Yu Gothic UI" w:hAnsi="Yu Gothic UI" w:hint="eastAsia"/>
          <w:b/>
          <w:bCs/>
          <w:color w:val="1D4ED8"/>
          <w:sz w:val="24"/>
          <w:szCs w:val="24"/>
        </w:rPr>
        <w:t>{</w:t>
      </w:r>
      <w:proofErr w:type="gramStart"/>
      <w:r w:rsidR="00EF34B2" w:rsidRPr="00EF34B2">
        <w:rPr>
          <w:rFonts w:ascii="Yu Gothic UI" w:eastAsia="Yu Gothic UI" w:hAnsi="Yu Gothic UI" w:hint="eastAsia"/>
          <w:b/>
          <w:bCs/>
          <w:color w:val="1D4ED8"/>
          <w:sz w:val="24"/>
          <w:szCs w:val="24"/>
        </w:rPr>
        <w:t>place}</w:t>
      </w:r>
      <w:r w:rsidRPr="009E601E">
        <w:rPr>
          <w:rFonts w:ascii="Yu Gothic UI" w:eastAsia="Yu Gothic UI" w:hAnsi="Yu Gothic UI"/>
          <w:sz w:val="24"/>
          <w:szCs w:val="24"/>
        </w:rPr>
        <w:t xml:space="preserve">   </w:t>
      </w:r>
      <w:proofErr w:type="gramEnd"/>
      <w:r w:rsidRPr="009E601E">
        <w:rPr>
          <w:rFonts w:ascii="Yu Gothic UI" w:eastAsia="Yu Gothic UI" w:hAnsi="Yu Gothic UI"/>
          <w:sz w:val="24"/>
          <w:szCs w:val="24"/>
        </w:rPr>
        <w:t xml:space="preserve">·   </w:t>
      </w:r>
      <w:proofErr w:type="spellStart"/>
      <w:r w:rsidRPr="00EF34B2">
        <w:rPr>
          <w:rFonts w:ascii="Mangal" w:hAnsi="Mangal" w:cs="Mangal"/>
          <w:sz w:val="24"/>
          <w:szCs w:val="24"/>
        </w:rPr>
        <w:t>दिनांक</w:t>
      </w:r>
      <w:proofErr w:type="spellEnd"/>
      <w:r w:rsidRPr="009E601E">
        <w:rPr>
          <w:rFonts w:ascii="Yu Gothic UI" w:eastAsia="Yu Gothic UI" w:hAnsi="Yu Gothic UI"/>
          <w:sz w:val="24"/>
          <w:szCs w:val="24"/>
        </w:rPr>
        <w:t xml:space="preserve"> / </w:t>
      </w:r>
      <w:proofErr w:type="gramStart"/>
      <w:r w:rsidRPr="009E601E">
        <w:rPr>
          <w:rFonts w:ascii="Yu Gothic UI" w:eastAsia="Yu Gothic UI" w:hAnsi="Yu Gothic UI"/>
          <w:sz w:val="24"/>
          <w:szCs w:val="24"/>
        </w:rPr>
        <w:t xml:space="preserve">Date: </w:t>
      </w:r>
      <w:r w:rsidR="00EF34B2" w:rsidRPr="00EF34B2">
        <w:rPr>
          <w:rFonts w:ascii="Yu Gothic UI" w:eastAsia="Yu Gothic UI" w:hAnsi="Yu Gothic UI" w:hint="eastAsia"/>
          <w:b/>
          <w:bCs/>
          <w:color w:val="1D4ED8"/>
          <w:sz w:val="24"/>
          <w:szCs w:val="24"/>
        </w:rPr>
        <w:t>{</w:t>
      </w:r>
      <w:proofErr w:type="spellStart"/>
      <w:proofErr w:type="gramEnd"/>
      <w:r w:rsidR="00EF34B2" w:rsidRPr="00EF34B2">
        <w:rPr>
          <w:rFonts w:ascii="Yu Gothic UI" w:eastAsia="Yu Gothic UI" w:hAnsi="Yu Gothic UI" w:hint="eastAsia"/>
          <w:b/>
          <w:bCs/>
          <w:color w:val="1D4ED8"/>
          <w:sz w:val="24"/>
          <w:szCs w:val="24"/>
        </w:rPr>
        <w:t>exec_date</w:t>
      </w:r>
      <w:proofErr w:type="spellEnd"/>
      <w:r w:rsidR="00EF34B2" w:rsidRPr="00EF34B2">
        <w:rPr>
          <w:rFonts w:ascii="Yu Gothic UI" w:eastAsia="Yu Gothic UI" w:hAnsi="Yu Gothic UI" w:hint="eastAsia"/>
          <w:b/>
          <w:bCs/>
          <w:color w:val="1D4ED8"/>
          <w:sz w:val="24"/>
          <w:szCs w:val="24"/>
        </w:rPr>
        <w:t>}</w:t>
      </w:r>
    </w:p>
    <w:p w14:paraId="7751A0DA" w14:textId="77777777" w:rsidR="00227AEA" w:rsidRPr="009E601E" w:rsidRDefault="00227AEA">
      <w:pPr>
        <w:spacing w:after="160"/>
        <w:rPr>
          <w:rFonts w:ascii="Yu Gothic UI" w:eastAsia="Yu Gothic UI" w:hAnsi="Yu Gothic U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227AEA" w:rsidRPr="009E601E" w14:paraId="4202F455" w14:textId="77777777">
        <w:tc>
          <w:tcPr>
            <w:tcW w:w="4680" w:type="dxa"/>
          </w:tcPr>
          <w:p w14:paraId="1194CD80" w14:textId="77777777" w:rsidR="00227AEA" w:rsidRPr="009E601E" w:rsidRDefault="003A52FF">
            <w:pPr>
              <w:spacing w:before="80" w:after="40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</w:rPr>
              <w:t xml:space="preserve">Full Name / </w:t>
            </w:r>
            <w:proofErr w:type="spellStart"/>
            <w:r w:rsidRPr="000E441C">
              <w:rPr>
                <w:rFonts w:ascii="Mangal" w:hAnsi="Mangal" w:cs="Mangal"/>
              </w:rPr>
              <w:t>पूर्ण</w:t>
            </w:r>
            <w:proofErr w:type="spellEnd"/>
            <w:r w:rsidRPr="009E601E">
              <w:rPr>
                <w:rFonts w:ascii="Yu Gothic UI" w:eastAsia="Yu Gothic UI" w:hAnsi="Yu Gothic UI"/>
              </w:rPr>
              <w:t xml:space="preserve"> </w:t>
            </w:r>
            <w:proofErr w:type="spellStart"/>
            <w:r w:rsidRPr="000E441C">
              <w:rPr>
                <w:rFonts w:ascii="Mangal" w:hAnsi="Mangal" w:cs="Mangal"/>
              </w:rPr>
              <w:t>नाव</w:t>
            </w:r>
            <w:proofErr w:type="spellEnd"/>
            <w:r w:rsidRPr="009E601E">
              <w:rPr>
                <w:rFonts w:ascii="Yu Gothic UI" w:eastAsia="Yu Gothic UI" w:hAnsi="Yu Gothic UI"/>
              </w:rPr>
              <w:t xml:space="preserve">: </w:t>
            </w:r>
            <w:r w:rsidR="000E441C" w:rsidRPr="000E441C">
              <w:rPr>
                <w:rFonts w:ascii="Yu Gothic UI" w:eastAsia="Yu Gothic UI" w:hAnsi="Yu Gothic UI" w:hint="eastAsia"/>
                <w:b/>
                <w:bCs/>
                <w:color w:val="1D4ED8"/>
              </w:rPr>
              <w:t>{</w:t>
            </w:r>
            <w:proofErr w:type="spellStart"/>
            <w:r w:rsidR="000E441C" w:rsidRPr="000E441C">
              <w:rPr>
                <w:rFonts w:ascii="Yu Gothic UI" w:eastAsia="Yu Gothic UI" w:hAnsi="Yu Gothic UI" w:hint="eastAsia"/>
                <w:b/>
                <w:bCs/>
                <w:color w:val="1D4ED8"/>
              </w:rPr>
              <w:t>full_name</w:t>
            </w:r>
            <w:proofErr w:type="spellEnd"/>
            <w:r w:rsidR="000E441C" w:rsidRPr="000E441C">
              <w:rPr>
                <w:rFonts w:ascii="Yu Gothic UI" w:eastAsia="Yu Gothic UI" w:hAnsi="Yu Gothic UI" w:hint="eastAsia"/>
                <w:b/>
                <w:bCs/>
                <w:color w:val="1D4ED8"/>
              </w:rPr>
              <w:t>}</w:t>
            </w:r>
          </w:p>
          <w:p w14:paraId="149C562F" w14:textId="77777777" w:rsidR="00227AEA" w:rsidRPr="009E601E" w:rsidRDefault="0042297C">
            <w:pPr>
              <w:spacing w:before="40" w:after="40"/>
              <w:rPr>
                <w:rFonts w:ascii="Yu Gothic UI" w:eastAsia="Yu Gothic UI" w:hAnsi="Yu Gothic UI"/>
              </w:rPr>
            </w:pPr>
            <w:r w:rsidRPr="0042297C">
              <w:rPr>
                <w:rFonts w:ascii="Yu Gothic UI" w:eastAsia="Yu Gothic UI" w:hAnsi="Yu Gothic UI" w:hint="eastAsia"/>
              </w:rPr>
              <w:t>S/o | D/o | W/</w:t>
            </w:r>
            <w:proofErr w:type="gramStart"/>
            <w:r w:rsidRPr="0042297C">
              <w:rPr>
                <w:rFonts w:ascii="Yu Gothic UI" w:eastAsia="Yu Gothic UI" w:hAnsi="Yu Gothic UI" w:hint="eastAsia"/>
              </w:rPr>
              <w:t xml:space="preserve">o: </w:t>
            </w:r>
            <w:r w:rsidRPr="0042297C">
              <w:rPr>
                <w:rFonts w:ascii="Yu Gothic UI" w:eastAsia="Yu Gothic UI" w:hAnsi="Yu Gothic UI" w:hint="eastAsia"/>
                <w:b/>
                <w:bCs/>
                <w:color w:val="1D4ED8"/>
              </w:rPr>
              <w:t>{</w:t>
            </w:r>
            <w:proofErr w:type="spellStart"/>
            <w:proofErr w:type="gramEnd"/>
            <w:r w:rsidRPr="0042297C">
              <w:rPr>
                <w:rFonts w:ascii="Yu Gothic UI" w:eastAsia="Yu Gothic UI" w:hAnsi="Yu Gothic UI" w:hint="eastAsia"/>
                <w:b/>
                <w:bCs/>
                <w:color w:val="1D4ED8"/>
              </w:rPr>
              <w:t>relation_parent</w:t>
            </w:r>
            <w:proofErr w:type="spellEnd"/>
            <w:r w:rsidRPr="0042297C">
              <w:rPr>
                <w:rFonts w:ascii="Yu Gothic UI" w:eastAsia="Yu Gothic UI" w:hAnsi="Yu Gothic UI" w:hint="eastAsia"/>
                <w:b/>
                <w:bCs/>
                <w:color w:val="1D4ED8"/>
              </w:rPr>
              <w:t>}</w:t>
            </w:r>
          </w:p>
          <w:p w14:paraId="4CA302C5" w14:textId="77777777" w:rsidR="00227AEA" w:rsidRPr="009E601E" w:rsidRDefault="005A431A">
            <w:pPr>
              <w:spacing w:before="40" w:after="40"/>
              <w:rPr>
                <w:rFonts w:ascii="Yu Gothic UI" w:eastAsia="Yu Gothic UI" w:hAnsi="Yu Gothic UI"/>
              </w:rPr>
            </w:pPr>
            <w:r w:rsidRPr="005A431A">
              <w:rPr>
                <w:rFonts w:ascii="Yu Gothic UI" w:eastAsia="Yu Gothic UI" w:hAnsi="Yu Gothic UI" w:hint="eastAsia"/>
              </w:rPr>
              <w:t xml:space="preserve">Address / </w:t>
            </w:r>
            <w:proofErr w:type="spellStart"/>
            <w:r w:rsidRPr="005A431A">
              <w:rPr>
                <w:rFonts w:ascii="Mangal" w:hAnsi="Mangal" w:cs="Mangal"/>
              </w:rPr>
              <w:t>पत्ता</w:t>
            </w:r>
            <w:proofErr w:type="spellEnd"/>
            <w:r w:rsidRPr="005A431A">
              <w:rPr>
                <w:rFonts w:ascii="Yu Gothic UI" w:eastAsia="Yu Gothic UI" w:hAnsi="Yu Gothic UI" w:hint="eastAsia"/>
              </w:rPr>
              <w:t xml:space="preserve">: </w:t>
            </w:r>
            <w:r w:rsidRPr="005A431A">
              <w:rPr>
                <w:rFonts w:ascii="Yu Gothic UI" w:eastAsia="Yu Gothic UI" w:hAnsi="Yu Gothic UI" w:hint="eastAsia"/>
                <w:b/>
                <w:bCs/>
                <w:color w:val="1D4ED8"/>
              </w:rPr>
              <w:t>{address}</w:t>
            </w:r>
          </w:p>
          <w:p w14:paraId="24AE142A" w14:textId="77777777" w:rsidR="00227AEA" w:rsidRPr="009E601E" w:rsidRDefault="003A52FF">
            <w:pPr>
              <w:spacing w:before="40" w:after="40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</w:rPr>
              <w:t xml:space="preserve">Aadhaar No. / </w:t>
            </w:r>
            <w:proofErr w:type="spellStart"/>
            <w:r w:rsidRPr="003F3E55">
              <w:rPr>
                <w:rFonts w:ascii="Mangal" w:hAnsi="Mangal" w:cs="Mangal"/>
              </w:rPr>
              <w:t>आधार</w:t>
            </w:r>
            <w:proofErr w:type="spellEnd"/>
            <w:r w:rsidRPr="009E601E">
              <w:rPr>
                <w:rFonts w:ascii="Yu Gothic UI" w:eastAsia="Yu Gothic UI" w:hAnsi="Yu Gothic UI"/>
              </w:rPr>
              <w:t xml:space="preserve"> </w:t>
            </w:r>
            <w:proofErr w:type="spellStart"/>
            <w:r w:rsidRPr="003F3E55">
              <w:rPr>
                <w:rFonts w:ascii="Mangal" w:hAnsi="Mangal" w:cs="Mangal"/>
              </w:rPr>
              <w:t>क्र</w:t>
            </w:r>
            <w:proofErr w:type="spellEnd"/>
            <w:r w:rsidRPr="009E601E">
              <w:rPr>
                <w:rFonts w:ascii="Yu Gothic UI" w:eastAsia="Yu Gothic UI" w:hAnsi="Yu Gothic UI"/>
              </w:rPr>
              <w:t xml:space="preserve">.: </w:t>
            </w:r>
            <w:r w:rsidR="003F3E55" w:rsidRPr="003F3E55">
              <w:rPr>
                <w:rFonts w:ascii="Yu Gothic UI" w:eastAsia="Yu Gothic UI" w:hAnsi="Yu Gothic UI" w:hint="eastAsia"/>
                <w:b/>
                <w:bCs/>
                <w:color w:val="1D4ED8"/>
              </w:rPr>
              <w:t>{</w:t>
            </w:r>
            <w:proofErr w:type="spellStart"/>
            <w:r w:rsidR="003F3E55" w:rsidRPr="003F3E55">
              <w:rPr>
                <w:rFonts w:ascii="Yu Gothic UI" w:eastAsia="Yu Gothic UI" w:hAnsi="Yu Gothic UI" w:hint="eastAsia"/>
                <w:b/>
                <w:bCs/>
                <w:color w:val="1D4ED8"/>
              </w:rPr>
              <w:t>aadhaar</w:t>
            </w:r>
            <w:proofErr w:type="spellEnd"/>
            <w:r w:rsidR="003F3E55" w:rsidRPr="003F3E55">
              <w:rPr>
                <w:rFonts w:ascii="Yu Gothic UI" w:eastAsia="Yu Gothic UI" w:hAnsi="Yu Gothic UI" w:hint="eastAsia"/>
                <w:b/>
                <w:bCs/>
                <w:color w:val="1D4ED8"/>
              </w:rPr>
              <w:t>}</w:t>
            </w:r>
          </w:p>
          <w:p w14:paraId="45484582" w14:textId="77777777" w:rsidR="00227AEA" w:rsidRPr="009E601E" w:rsidRDefault="008459DB">
            <w:pPr>
              <w:spacing w:before="40" w:after="40"/>
              <w:rPr>
                <w:rFonts w:ascii="Yu Gothic UI" w:eastAsia="Yu Gothic UI" w:hAnsi="Yu Gothic UI"/>
              </w:rPr>
            </w:pPr>
            <w:r w:rsidRPr="008459DB">
              <w:rPr>
                <w:rFonts w:ascii="Yu Gothic UI" w:eastAsia="Yu Gothic UI" w:hAnsi="Yu Gothic UI" w:hint="eastAsia"/>
              </w:rPr>
              <w:t xml:space="preserve">Mobile / </w:t>
            </w:r>
            <w:proofErr w:type="spellStart"/>
            <w:r w:rsidRPr="008459DB">
              <w:rPr>
                <w:rFonts w:ascii="Mangal" w:hAnsi="Mangal" w:cs="Mangal"/>
              </w:rPr>
              <w:t>मोबाईल</w:t>
            </w:r>
            <w:proofErr w:type="spellEnd"/>
            <w:r w:rsidRPr="008459DB">
              <w:rPr>
                <w:rFonts w:ascii="Yu Gothic UI" w:eastAsia="Yu Gothic UI" w:hAnsi="Yu Gothic UI" w:hint="eastAsia"/>
              </w:rPr>
              <w:t xml:space="preserve">: </w:t>
            </w:r>
            <w:r w:rsidRPr="008459DB">
              <w:rPr>
                <w:rFonts w:ascii="Yu Gothic UI" w:eastAsia="Yu Gothic UI" w:hAnsi="Yu Gothic UI" w:hint="eastAsia"/>
                <w:b/>
                <w:bCs/>
                <w:color w:val="1D4ED8"/>
              </w:rPr>
              <w:t>{mobile}</w:t>
            </w:r>
          </w:p>
          <w:p w14:paraId="009F5330" w14:textId="77777777" w:rsidR="00227AEA" w:rsidRPr="009E601E" w:rsidRDefault="00227AEA">
            <w:pPr>
              <w:spacing w:after="40"/>
              <w:rPr>
                <w:rFonts w:ascii="Yu Gothic UI" w:eastAsia="Yu Gothic UI" w:hAnsi="Yu Gothic UI"/>
              </w:rPr>
            </w:pPr>
          </w:p>
          <w:p w14:paraId="7B470C6F" w14:textId="77777777" w:rsidR="00227AEA" w:rsidRPr="009E601E" w:rsidRDefault="003A52FF">
            <w:pPr>
              <w:spacing w:before="80" w:after="40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</w:rPr>
              <w:t>_________________________________</w:t>
            </w:r>
          </w:p>
          <w:p w14:paraId="6FB500C6" w14:textId="77777777" w:rsidR="00227AEA" w:rsidRPr="009E601E" w:rsidRDefault="003A52FF">
            <w:pPr>
              <w:spacing w:after="40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Signature of Deponent / </w:t>
            </w:r>
            <w:proofErr w:type="spellStart"/>
            <w:r w:rsidRPr="009E601E">
              <w:rPr>
                <w:rFonts w:ascii="Mangal" w:eastAsia="Yu Gothic UI" w:hAnsi="Mangal" w:cs="Mangal"/>
                <w:i/>
                <w:iCs/>
                <w:sz w:val="20"/>
                <w:szCs w:val="20"/>
              </w:rPr>
              <w:t>शपथकर्त्याची</w:t>
            </w:r>
            <w:proofErr w:type="spellEnd"/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601E">
              <w:rPr>
                <w:rFonts w:ascii="Mangal" w:eastAsia="Yu Gothic UI" w:hAnsi="Mangal" w:cs="Mangal"/>
                <w:i/>
                <w:iCs/>
                <w:sz w:val="20"/>
                <w:szCs w:val="20"/>
              </w:rPr>
              <w:t>सही</w:t>
            </w:r>
            <w:proofErr w:type="spellEnd"/>
          </w:p>
        </w:tc>
        <w:tc>
          <w:tcPr>
            <w:tcW w:w="4680" w:type="dxa"/>
            <w:shd w:val="clear" w:color="auto" w:fill="F9F9F9"/>
          </w:tcPr>
          <w:p w14:paraId="0DEB9A74" w14:textId="77777777" w:rsidR="00227AEA" w:rsidRPr="009E601E" w:rsidRDefault="003A52FF">
            <w:pPr>
              <w:spacing w:before="80" w:after="40"/>
              <w:jc w:val="center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  <w:b/>
                <w:bCs/>
              </w:rPr>
              <w:t>NOTARY SEAL &amp; SIGNATURE</w:t>
            </w:r>
          </w:p>
          <w:p w14:paraId="2291049F" w14:textId="77777777" w:rsidR="00227AEA" w:rsidRPr="009E601E" w:rsidRDefault="003A52FF">
            <w:pPr>
              <w:spacing w:after="40"/>
              <w:jc w:val="center"/>
              <w:rPr>
                <w:rFonts w:ascii="Yu Gothic UI" w:eastAsia="Yu Gothic UI" w:hAnsi="Yu Gothic UI"/>
              </w:rPr>
            </w:pPr>
            <w:proofErr w:type="spellStart"/>
            <w:r w:rsidRPr="009E601E">
              <w:rPr>
                <w:rFonts w:ascii="Mangal" w:eastAsia="Yu Gothic UI" w:hAnsi="Mangal" w:cs="Mangal"/>
              </w:rPr>
              <w:t>नोटरी</w:t>
            </w:r>
            <w:proofErr w:type="spellEnd"/>
            <w:r w:rsidRPr="009E601E">
              <w:rPr>
                <w:rFonts w:ascii="Yu Gothic UI" w:eastAsia="Yu Gothic UI" w:hAnsi="Yu Gothic UI"/>
              </w:rPr>
              <w:t xml:space="preserve"> </w:t>
            </w:r>
            <w:proofErr w:type="spellStart"/>
            <w:r w:rsidRPr="009E601E">
              <w:rPr>
                <w:rFonts w:ascii="Mangal" w:eastAsia="Yu Gothic UI" w:hAnsi="Mangal" w:cs="Mangal"/>
              </w:rPr>
              <w:t>शिक्का</w:t>
            </w:r>
            <w:proofErr w:type="spellEnd"/>
            <w:r w:rsidRPr="009E601E">
              <w:rPr>
                <w:rFonts w:ascii="Yu Gothic UI" w:eastAsia="Yu Gothic UI" w:hAnsi="Yu Gothic UI"/>
              </w:rPr>
              <w:t xml:space="preserve"> </w:t>
            </w:r>
            <w:r w:rsidRPr="009E601E">
              <w:rPr>
                <w:rFonts w:ascii="Mangal" w:eastAsia="Yu Gothic UI" w:hAnsi="Mangal" w:cs="Mangal"/>
              </w:rPr>
              <w:t>व</w:t>
            </w:r>
            <w:r w:rsidRPr="009E601E">
              <w:rPr>
                <w:rFonts w:ascii="Yu Gothic UI" w:eastAsia="Yu Gothic UI" w:hAnsi="Yu Gothic UI"/>
              </w:rPr>
              <w:t xml:space="preserve"> </w:t>
            </w:r>
            <w:proofErr w:type="spellStart"/>
            <w:r w:rsidRPr="009E601E">
              <w:rPr>
                <w:rFonts w:ascii="Mangal" w:eastAsia="Yu Gothic UI" w:hAnsi="Mangal" w:cs="Mangal"/>
              </w:rPr>
              <w:t>सही</w:t>
            </w:r>
            <w:proofErr w:type="spellEnd"/>
          </w:p>
          <w:p w14:paraId="306B0F3F" w14:textId="77777777" w:rsidR="00227AEA" w:rsidRPr="009E601E" w:rsidRDefault="00227AEA">
            <w:pPr>
              <w:spacing w:after="120"/>
              <w:rPr>
                <w:rFonts w:ascii="Yu Gothic UI" w:eastAsia="Yu Gothic UI" w:hAnsi="Yu Gothic UI"/>
              </w:rPr>
            </w:pPr>
          </w:p>
          <w:p w14:paraId="1634A24E" w14:textId="77777777" w:rsidR="00227AEA" w:rsidRPr="009E601E" w:rsidRDefault="003A52FF">
            <w:pPr>
              <w:spacing w:after="40"/>
              <w:jc w:val="center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>(</w:t>
            </w:r>
            <w:proofErr w:type="spellStart"/>
            <w:r w:rsidRPr="009E601E">
              <w:rPr>
                <w:rFonts w:ascii="Mangal" w:eastAsia="Yu Gothic UI" w:hAnsi="Mangal" w:cs="Mangal"/>
                <w:i/>
                <w:iCs/>
                <w:sz w:val="20"/>
                <w:szCs w:val="20"/>
              </w:rPr>
              <w:t>नोटरी</w:t>
            </w:r>
            <w:proofErr w:type="spellEnd"/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601E">
              <w:rPr>
                <w:rFonts w:ascii="Mangal" w:eastAsia="Yu Gothic UI" w:hAnsi="Mangal" w:cs="Mangal"/>
                <w:i/>
                <w:iCs/>
                <w:sz w:val="20"/>
                <w:szCs w:val="20"/>
              </w:rPr>
              <w:t>शिक्का</w:t>
            </w:r>
            <w:proofErr w:type="spellEnd"/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601E">
              <w:rPr>
                <w:rFonts w:ascii="Mangal" w:eastAsia="Yu Gothic UI" w:hAnsi="Mangal" w:cs="Mangal"/>
                <w:i/>
                <w:iCs/>
                <w:sz w:val="20"/>
                <w:szCs w:val="20"/>
              </w:rPr>
              <w:t>येथे</w:t>
            </w:r>
            <w:proofErr w:type="spellEnd"/>
            <w:r w:rsidRPr="009E601E">
              <w:rPr>
                <w:rFonts w:ascii="Yu Gothic UI" w:eastAsia="Yu Gothic UI" w:hAnsi="Yu Gothic UI"/>
                <w:i/>
                <w:iCs/>
                <w:sz w:val="20"/>
                <w:szCs w:val="20"/>
              </w:rPr>
              <w:t xml:space="preserve"> / Stamp here)</w:t>
            </w:r>
          </w:p>
          <w:p w14:paraId="7C434992" w14:textId="77777777" w:rsidR="00227AEA" w:rsidRPr="009E601E" w:rsidRDefault="00227AEA">
            <w:pPr>
              <w:spacing w:after="80"/>
              <w:rPr>
                <w:rFonts w:ascii="Yu Gothic UI" w:eastAsia="Yu Gothic UI" w:hAnsi="Yu Gothic UI"/>
              </w:rPr>
            </w:pPr>
          </w:p>
          <w:p w14:paraId="3C6A71EE" w14:textId="77777777" w:rsidR="00227AEA" w:rsidRPr="009E601E" w:rsidRDefault="003A52FF">
            <w:pPr>
              <w:spacing w:before="40" w:after="20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  <w:sz w:val="20"/>
                <w:szCs w:val="20"/>
              </w:rPr>
              <w:t>Notary Name: ________________________</w:t>
            </w:r>
          </w:p>
          <w:p w14:paraId="5AA19618" w14:textId="77777777" w:rsidR="00227AEA" w:rsidRPr="009E601E" w:rsidRDefault="003A52FF">
            <w:pPr>
              <w:spacing w:before="20" w:after="20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  <w:sz w:val="20"/>
                <w:szCs w:val="20"/>
              </w:rPr>
              <w:t>Reg. No.: ______</w:t>
            </w:r>
            <w:proofErr w:type="gramStart"/>
            <w:r w:rsidRPr="009E601E">
              <w:rPr>
                <w:rFonts w:ascii="Yu Gothic UI" w:eastAsia="Yu Gothic UI" w:hAnsi="Yu Gothic UI"/>
                <w:sz w:val="20"/>
                <w:szCs w:val="20"/>
              </w:rPr>
              <w:t>_  District</w:t>
            </w:r>
            <w:proofErr w:type="gramEnd"/>
            <w:r w:rsidRPr="009E601E">
              <w:rPr>
                <w:rFonts w:ascii="Yu Gothic UI" w:eastAsia="Yu Gothic UI" w:hAnsi="Yu Gothic UI"/>
                <w:sz w:val="20"/>
                <w:szCs w:val="20"/>
              </w:rPr>
              <w:t>: ____________</w:t>
            </w:r>
          </w:p>
          <w:p w14:paraId="0408005F" w14:textId="77777777" w:rsidR="00227AEA" w:rsidRPr="009E601E" w:rsidRDefault="003A52FF">
            <w:pPr>
              <w:spacing w:before="20" w:after="20"/>
              <w:rPr>
                <w:rFonts w:ascii="Yu Gothic UI" w:eastAsia="Yu Gothic UI" w:hAnsi="Yu Gothic UI"/>
              </w:rPr>
            </w:pPr>
            <w:r w:rsidRPr="009E601E">
              <w:rPr>
                <w:rFonts w:ascii="Yu Gothic UI" w:eastAsia="Yu Gothic UI" w:hAnsi="Yu Gothic UI"/>
                <w:sz w:val="20"/>
                <w:szCs w:val="20"/>
              </w:rPr>
              <w:t>Verified on: _</w:t>
            </w:r>
            <w:proofErr w:type="gramStart"/>
            <w:r w:rsidRPr="009E601E">
              <w:rPr>
                <w:rFonts w:ascii="Yu Gothic UI" w:eastAsia="Yu Gothic UI" w:hAnsi="Yu Gothic UI"/>
                <w:sz w:val="20"/>
                <w:szCs w:val="20"/>
              </w:rPr>
              <w:t>_/_</w:t>
            </w:r>
            <w:proofErr w:type="gramEnd"/>
            <w:r w:rsidRPr="009E601E">
              <w:rPr>
                <w:rFonts w:ascii="Yu Gothic UI" w:eastAsia="Yu Gothic UI" w:hAnsi="Yu Gothic UI"/>
                <w:sz w:val="20"/>
                <w:szCs w:val="20"/>
              </w:rPr>
              <w:t>_/20_</w:t>
            </w:r>
            <w:proofErr w:type="gramStart"/>
            <w:r w:rsidRPr="009E601E">
              <w:rPr>
                <w:rFonts w:ascii="Yu Gothic UI" w:eastAsia="Yu Gothic UI" w:hAnsi="Yu Gothic UI"/>
                <w:sz w:val="20"/>
                <w:szCs w:val="20"/>
              </w:rPr>
              <w:t>_  at: __</w:t>
            </w:r>
            <w:proofErr w:type="gramEnd"/>
            <w:r w:rsidRPr="009E601E">
              <w:rPr>
                <w:rFonts w:ascii="Yu Gothic UI" w:eastAsia="Yu Gothic UI" w:hAnsi="Yu Gothic UI"/>
                <w:sz w:val="20"/>
                <w:szCs w:val="20"/>
              </w:rPr>
              <w:t>_________</w:t>
            </w:r>
          </w:p>
        </w:tc>
      </w:tr>
    </w:tbl>
    <w:p w14:paraId="06644716" w14:textId="77777777" w:rsidR="009E601E" w:rsidRDefault="009E601E">
      <w:pPr>
        <w:spacing w:after="180"/>
        <w:rPr>
          <w:rFonts w:ascii="Yu Gothic UI" w:eastAsia="Yu Gothic UI" w:hAnsi="Yu Gothic UI"/>
        </w:rPr>
      </w:pPr>
      <w:r>
        <w:rPr>
          <w:rFonts w:ascii="Yu Gothic UI" w:eastAsia="Yu Gothic UI" w:hAnsi="Yu Gothic UI"/>
        </w:rPr>
        <w:br w:type="page"/>
      </w:r>
    </w:p>
    <w:p w14:paraId="5007C12D" w14:textId="77777777" w:rsidR="00227AEA" w:rsidRPr="009E601E" w:rsidRDefault="00227AEA">
      <w:pPr>
        <w:spacing w:after="180"/>
        <w:rPr>
          <w:rFonts w:ascii="Yu Gothic UI" w:eastAsia="Yu Gothic UI" w:hAnsi="Yu Gothic UI"/>
        </w:rPr>
      </w:pPr>
    </w:p>
    <w:p w14:paraId="548ABF4D" w14:textId="77777777" w:rsidR="00227AEA" w:rsidRPr="009E601E" w:rsidRDefault="003A52FF">
      <w:pPr>
        <w:spacing w:before="120" w:after="80"/>
        <w:jc w:val="center"/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  <w:b/>
          <w:bCs/>
          <w:sz w:val="26"/>
          <w:szCs w:val="26"/>
        </w:rPr>
        <w:t xml:space="preserve">DOCUMENT CHECKLIST / </w:t>
      </w:r>
      <w:proofErr w:type="spellStart"/>
      <w:r w:rsidRPr="009E601E">
        <w:rPr>
          <w:rFonts w:ascii="Mangal" w:eastAsia="Yu Gothic UI" w:hAnsi="Mangal" w:cs="Mangal"/>
          <w:b/>
          <w:bCs/>
          <w:sz w:val="26"/>
          <w:szCs w:val="26"/>
        </w:rPr>
        <w:t>कागदपत्र</w:t>
      </w:r>
      <w:proofErr w:type="spellEnd"/>
      <w:r w:rsidRPr="009E601E">
        <w:rPr>
          <w:rFonts w:ascii="Yu Gothic UI" w:eastAsia="Yu Gothic UI" w:hAnsi="Yu Gothic UI"/>
          <w:b/>
          <w:bCs/>
          <w:sz w:val="26"/>
          <w:szCs w:val="26"/>
        </w:rPr>
        <w:t xml:space="preserve"> </w:t>
      </w:r>
      <w:proofErr w:type="spellStart"/>
      <w:r w:rsidRPr="009E601E">
        <w:rPr>
          <w:rFonts w:ascii="Mangal" w:eastAsia="Yu Gothic UI" w:hAnsi="Mangal" w:cs="Mangal"/>
          <w:b/>
          <w:bCs/>
          <w:sz w:val="26"/>
          <w:szCs w:val="26"/>
        </w:rPr>
        <w:t>यादी</w:t>
      </w:r>
      <w:proofErr w:type="spellEnd"/>
    </w:p>
    <w:p w14:paraId="69D9D2A6" w14:textId="77777777" w:rsidR="00227AEA" w:rsidRPr="009E601E" w:rsidRDefault="003A52FF">
      <w:pPr>
        <w:spacing w:after="120"/>
        <w:jc w:val="center"/>
        <w:rPr>
          <w:rFonts w:ascii="Yu Gothic UI" w:eastAsia="Yu Gothic UI" w:hAnsi="Yu Gothic UI"/>
        </w:rPr>
      </w:pPr>
      <w:r w:rsidRPr="009E601E">
        <w:rPr>
          <w:rFonts w:ascii="Yu Gothic UI" w:eastAsia="Yu Gothic UI" w:hAnsi="Yu Gothic UI"/>
          <w:sz w:val="20"/>
          <w:szCs w:val="20"/>
        </w:rPr>
        <w:t>Tick each item before submitting — never get turned away</w:t>
      </w:r>
    </w:p>
    <w:p w14:paraId="1AFC1CC1" w14:textId="77777777" w:rsidR="00AB09C6" w:rsidRPr="00AB09C6" w:rsidRDefault="00AB09C6" w:rsidP="00AB09C6">
      <w:pPr>
        <w:spacing w:before="60" w:after="60"/>
        <w:rPr>
          <w:rFonts w:ascii="Segoe UI Symbol" w:eastAsia="Yu Gothic UI" w:hAnsi="Segoe UI Symbol" w:cs="Segoe UI Symbol"/>
        </w:rPr>
      </w:pPr>
      <w:r w:rsidRPr="00AB09C6">
        <w:rPr>
          <w:rFonts w:ascii="Segoe UI Symbol" w:eastAsia="Yu Gothic UI" w:hAnsi="Segoe UI Symbol" w:cs="Segoe UI Symbol"/>
        </w:rPr>
        <w:t>Please assemble and verify the following documents before submitting your Domicile Certificate application:</w:t>
      </w:r>
    </w:p>
    <w:p w14:paraId="54E7CAB0" w14:textId="77777777" w:rsidR="00AB09C6" w:rsidRPr="00AB09C6" w:rsidRDefault="00AB09C6" w:rsidP="00AB09C6">
      <w:pPr>
        <w:spacing w:before="60" w:after="60"/>
        <w:rPr>
          <w:rFonts w:ascii="Segoe UI Symbol" w:eastAsia="Yu Gothic UI" w:hAnsi="Segoe UI Symbol" w:cs="Segoe UI Symbol"/>
        </w:rPr>
      </w:pPr>
      <w:r w:rsidRPr="00AB09C6">
        <w:rPr>
          <w:rFonts w:ascii="Segoe UI Symbol" w:eastAsia="Yu Gothic UI" w:hAnsi="Segoe UI Symbol" w:cs="Segoe UI Symbol"/>
        </w:rPr>
        <w:t xml:space="preserve">☐ This </w:t>
      </w:r>
      <w:proofErr w:type="spellStart"/>
      <w:r w:rsidRPr="00AB09C6">
        <w:rPr>
          <w:rFonts w:ascii="Segoe UI Symbol" w:eastAsia="Yu Gothic UI" w:hAnsi="Segoe UI Symbol" w:cs="Segoe UI Symbol"/>
        </w:rPr>
        <w:t>notarised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Affidavit on </w:t>
      </w:r>
      <w:r w:rsidRPr="00AB09C6">
        <w:rPr>
          <w:rFonts w:ascii="Arial" w:eastAsia="Yu Gothic UI" w:hAnsi="Arial" w:cs="Arial"/>
        </w:rPr>
        <w:t>₹</w:t>
      </w:r>
      <w:r w:rsidRPr="00AB09C6">
        <w:rPr>
          <w:rFonts w:ascii="Segoe UI Symbol" w:eastAsia="Yu Gothic UI" w:hAnsi="Segoe UI Symbol" w:cs="Segoe UI Symbol"/>
        </w:rPr>
        <w:t xml:space="preserve">100 Non-Judicial Stamp Paper / </w:t>
      </w:r>
      <w:r w:rsidRPr="00AB09C6">
        <w:rPr>
          <w:rFonts w:ascii="Arial" w:eastAsia="Yu Gothic UI" w:hAnsi="Arial" w:cs="Arial"/>
        </w:rPr>
        <w:t>₹</w:t>
      </w:r>
      <w:r w:rsidRPr="00AB09C6">
        <w:rPr>
          <w:rFonts w:ascii="Segoe UI Symbol" w:eastAsia="Yu Gothic UI" w:hAnsi="Segoe UI Symbol" w:cs="Segoe UI Symbol"/>
        </w:rPr>
        <w:t xml:space="preserve">100 </w:t>
      </w:r>
      <w:proofErr w:type="spellStart"/>
      <w:r w:rsidRPr="00AB09C6">
        <w:rPr>
          <w:rFonts w:ascii="Mangal" w:eastAsia="Yu Gothic UI" w:hAnsi="Mangal" w:cs="Mangal"/>
        </w:rPr>
        <w:t>स्टॅम्प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पेपरवर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नोटरीकृत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शपथपत्र</w:t>
      </w:r>
      <w:proofErr w:type="spellEnd"/>
    </w:p>
    <w:p w14:paraId="5B57B314" w14:textId="77777777" w:rsidR="00AB09C6" w:rsidRPr="00AB09C6" w:rsidRDefault="00AB09C6" w:rsidP="00AB09C6">
      <w:pPr>
        <w:spacing w:before="60" w:after="60"/>
        <w:rPr>
          <w:rFonts w:ascii="Segoe UI Symbol" w:eastAsia="Yu Gothic UI" w:hAnsi="Segoe UI Symbol" w:cs="Segoe UI Symbol"/>
        </w:rPr>
      </w:pPr>
      <w:r w:rsidRPr="00AB09C6">
        <w:rPr>
          <w:rFonts w:ascii="Segoe UI Symbol" w:eastAsia="Yu Gothic UI" w:hAnsi="Segoe UI Symbol" w:cs="Segoe UI Symbol"/>
        </w:rPr>
        <w:t xml:space="preserve">☐ Birth Certificate or School Leaving Certificate (SLC/TC) / </w:t>
      </w:r>
      <w:proofErr w:type="spellStart"/>
      <w:r w:rsidRPr="00AB09C6">
        <w:rPr>
          <w:rFonts w:ascii="Mangal" w:eastAsia="Yu Gothic UI" w:hAnsi="Mangal" w:cs="Mangal"/>
        </w:rPr>
        <w:t>शाळा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सोडल्याचा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दाखला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किंवा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जन्म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दाखला</w:t>
      </w:r>
      <w:proofErr w:type="spellEnd"/>
    </w:p>
    <w:p w14:paraId="4E7DEABE" w14:textId="77777777" w:rsidR="00AB09C6" w:rsidRPr="00AB09C6" w:rsidRDefault="00AB09C6" w:rsidP="00AB09C6">
      <w:pPr>
        <w:spacing w:before="60" w:after="60"/>
        <w:rPr>
          <w:rFonts w:ascii="Segoe UI Symbol" w:eastAsia="Yu Gothic UI" w:hAnsi="Segoe UI Symbol" w:cs="Segoe UI Symbol"/>
        </w:rPr>
      </w:pPr>
      <w:r w:rsidRPr="00AB09C6">
        <w:rPr>
          <w:rFonts w:ascii="Segoe UI Symbol" w:eastAsia="Yu Gothic UI" w:hAnsi="Segoe UI Symbol" w:cs="Segoe UI Symbol"/>
        </w:rPr>
        <w:t xml:space="preserve">☐ Aadhaar Card / Voter ID / Passport of applicant / </w:t>
      </w:r>
      <w:proofErr w:type="spellStart"/>
      <w:r w:rsidRPr="00AB09C6">
        <w:rPr>
          <w:rFonts w:ascii="Mangal" w:eastAsia="Yu Gothic UI" w:hAnsi="Mangal" w:cs="Mangal"/>
        </w:rPr>
        <w:t>अर्जदाराचे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आधार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कार्ड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/ </w:t>
      </w:r>
      <w:proofErr w:type="spellStart"/>
      <w:r w:rsidRPr="00AB09C6">
        <w:rPr>
          <w:rFonts w:ascii="Mangal" w:eastAsia="Yu Gothic UI" w:hAnsi="Mangal" w:cs="Mangal"/>
        </w:rPr>
        <w:t>मतदान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ओळखपत्र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/ </w:t>
      </w:r>
      <w:proofErr w:type="spellStart"/>
      <w:r w:rsidRPr="00AB09C6">
        <w:rPr>
          <w:rFonts w:ascii="Mangal" w:eastAsia="Yu Gothic UI" w:hAnsi="Mangal" w:cs="Mangal"/>
        </w:rPr>
        <w:t>पासपोर्ट</w:t>
      </w:r>
      <w:proofErr w:type="spellEnd"/>
    </w:p>
    <w:p w14:paraId="4FA36B1E" w14:textId="77777777" w:rsidR="00AB09C6" w:rsidRPr="00AB09C6" w:rsidRDefault="00AB09C6" w:rsidP="00AB09C6">
      <w:pPr>
        <w:spacing w:before="60" w:after="60"/>
        <w:rPr>
          <w:rFonts w:ascii="Segoe UI Symbol" w:eastAsia="Yu Gothic UI" w:hAnsi="Segoe UI Symbol" w:cs="Segoe UI Symbol"/>
        </w:rPr>
      </w:pPr>
      <w:r w:rsidRPr="00AB09C6">
        <w:rPr>
          <w:rFonts w:ascii="Segoe UI Symbol" w:eastAsia="Yu Gothic UI" w:hAnsi="Segoe UI Symbol" w:cs="Segoe UI Symbol"/>
        </w:rPr>
        <w:t xml:space="preserve">☐ Address Proof (Ration Card / Electricity Bill / Water Bill / Property Tax Receipt) / </w:t>
      </w:r>
      <w:proofErr w:type="spellStart"/>
      <w:r w:rsidRPr="00AB09C6">
        <w:rPr>
          <w:rFonts w:ascii="Mangal" w:eastAsia="Yu Gothic UI" w:hAnsi="Mangal" w:cs="Mangal"/>
        </w:rPr>
        <w:t>पत्त्याचा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पुरावा</w:t>
      </w:r>
      <w:proofErr w:type="spellEnd"/>
    </w:p>
    <w:p w14:paraId="044D30ED" w14:textId="67B94146" w:rsidR="00AB09C6" w:rsidRPr="00AB09C6" w:rsidRDefault="00AB09C6" w:rsidP="00AB09C6">
      <w:pPr>
        <w:spacing w:before="60" w:after="60"/>
        <w:rPr>
          <w:rFonts w:ascii="Segoe UI Symbol" w:eastAsia="Yu Gothic UI" w:hAnsi="Segoe UI Symbol" w:cs="Segoe UI Symbol"/>
        </w:rPr>
      </w:pPr>
      <w:r w:rsidRPr="00AB09C6">
        <w:rPr>
          <w:rFonts w:ascii="Segoe UI Symbol" w:eastAsia="Yu Gothic UI" w:hAnsi="Segoe UI Symbol" w:cs="Segoe UI Symbol"/>
        </w:rPr>
        <w:t>☐ Proof of continuous 15 years residence in Maharashtra (School marksheets, certificates, 15 years old utility bills, or</w:t>
      </w:r>
      <w:r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Segoe UI Symbol" w:eastAsia="Yu Gothic UI" w:hAnsi="Segoe UI Symbol" w:cs="Segoe UI Symbol"/>
        </w:rPr>
        <w:t>Talathi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residence report) / </w:t>
      </w:r>
      <w:proofErr w:type="spellStart"/>
      <w:r w:rsidRPr="00AB09C6">
        <w:rPr>
          <w:rFonts w:ascii="Mangal" w:eastAsia="Yu Gothic UI" w:hAnsi="Mangal" w:cs="Mangal"/>
        </w:rPr>
        <w:t>महाराष्ट्रातील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सलग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r w:rsidRPr="00AB09C6">
        <w:rPr>
          <w:rFonts w:ascii="Mangal" w:eastAsia="Yu Gothic UI" w:hAnsi="Mangal" w:cs="Mangal"/>
        </w:rPr>
        <w:t>१५</w:t>
      </w:r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वर्षांच्या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वास्तव्याचा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पुरावा</w:t>
      </w:r>
      <w:proofErr w:type="spellEnd"/>
    </w:p>
    <w:p w14:paraId="205A9824" w14:textId="77777777" w:rsidR="00AB09C6" w:rsidRPr="00AB09C6" w:rsidRDefault="00AB09C6" w:rsidP="00AB09C6">
      <w:pPr>
        <w:spacing w:before="60" w:after="60"/>
        <w:rPr>
          <w:rFonts w:ascii="Segoe UI Symbol" w:eastAsia="Yu Gothic UI" w:hAnsi="Segoe UI Symbol" w:cs="Segoe UI Symbol"/>
        </w:rPr>
      </w:pPr>
      <w:r w:rsidRPr="00AB09C6">
        <w:rPr>
          <w:rFonts w:ascii="Segoe UI Symbol" w:eastAsia="Yu Gothic UI" w:hAnsi="Segoe UI Symbol" w:cs="Segoe UI Symbol"/>
        </w:rPr>
        <w:t xml:space="preserve">☐ Two recent passport-size photographs / </w:t>
      </w:r>
      <w:proofErr w:type="spellStart"/>
      <w:r w:rsidRPr="00AB09C6">
        <w:rPr>
          <w:rFonts w:ascii="Mangal" w:eastAsia="Yu Gothic UI" w:hAnsi="Mangal" w:cs="Mangal"/>
        </w:rPr>
        <w:t>दोन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अलीकडील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पासपोर्ट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आकाराचे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फोटो</w:t>
      </w:r>
      <w:proofErr w:type="spellEnd"/>
    </w:p>
    <w:p w14:paraId="53BD70D0" w14:textId="20D54B3F" w:rsidR="00AB09C6" w:rsidRPr="00AB09C6" w:rsidRDefault="00AB09C6" w:rsidP="00AB09C6">
      <w:pPr>
        <w:spacing w:before="60" w:after="60"/>
        <w:rPr>
          <w:rFonts w:ascii="Segoe UI Symbol" w:eastAsia="Yu Gothic UI" w:hAnsi="Segoe UI Symbol" w:cs="Segoe UI Symbol"/>
        </w:rPr>
      </w:pPr>
      <w:r w:rsidRPr="00AB09C6">
        <w:rPr>
          <w:rFonts w:ascii="Segoe UI Symbol" w:eastAsia="Yu Gothic UI" w:hAnsi="Segoe UI Symbol" w:cs="Segoe UI Symbol"/>
        </w:rPr>
        <w:t xml:space="preserve">☐ Domicile certificate of father/mother/husband (if applicant is a minor or married woman) / </w:t>
      </w:r>
      <w:proofErr w:type="spellStart"/>
      <w:r w:rsidRPr="00AB09C6">
        <w:rPr>
          <w:rFonts w:ascii="Mangal" w:eastAsia="Yu Gothic UI" w:hAnsi="Mangal" w:cs="Mangal"/>
        </w:rPr>
        <w:t>पालक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किंवा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पतीचे</w:t>
      </w:r>
      <w:proofErr w:type="spellEnd"/>
      <w:r>
        <w:rPr>
          <w:rFonts w:ascii="Mangal" w:eastAsia="Yu Gothic UI" w:hAnsi="Mangal" w:cs="Manga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अधिवास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प्रमाणपत्र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(</w:t>
      </w:r>
      <w:proofErr w:type="spellStart"/>
      <w:r w:rsidRPr="00AB09C6">
        <w:rPr>
          <w:rFonts w:ascii="Mangal" w:eastAsia="Yu Gothic UI" w:hAnsi="Mangal" w:cs="Mangal"/>
        </w:rPr>
        <w:t>लागू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असल्यास</w:t>
      </w:r>
      <w:proofErr w:type="spellEnd"/>
      <w:r w:rsidRPr="00AB09C6">
        <w:rPr>
          <w:rFonts w:ascii="Segoe UI Symbol" w:eastAsia="Yu Gothic UI" w:hAnsi="Segoe UI Symbol" w:cs="Segoe UI Symbol"/>
        </w:rPr>
        <w:t>)</w:t>
      </w:r>
    </w:p>
    <w:p w14:paraId="38438F9B" w14:textId="259DCFB4" w:rsidR="00227AEA" w:rsidRDefault="00AB09C6" w:rsidP="00AB09C6">
      <w:pPr>
        <w:spacing w:before="60" w:after="60"/>
        <w:rPr>
          <w:rFonts w:ascii="Mangal" w:eastAsia="Yu Gothic UI" w:hAnsi="Mangal" w:cs="Mangal"/>
        </w:rPr>
      </w:pPr>
      <w:r w:rsidRPr="00AB09C6">
        <w:rPr>
          <w:rFonts w:ascii="Segoe UI Symbol" w:eastAsia="Yu Gothic UI" w:hAnsi="Segoe UI Symbol" w:cs="Segoe UI Symbol"/>
        </w:rPr>
        <w:t xml:space="preserve">☐ Self-attested photocopies of all attached documents / </w:t>
      </w:r>
      <w:proofErr w:type="spellStart"/>
      <w:r w:rsidRPr="00AB09C6">
        <w:rPr>
          <w:rFonts w:ascii="Mangal" w:eastAsia="Yu Gothic UI" w:hAnsi="Mangal" w:cs="Mangal"/>
        </w:rPr>
        <w:t>जोडलेल्या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सर्व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कागदपत्रांच्या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स्वाक्षरीत</w:t>
      </w:r>
      <w:proofErr w:type="spellEnd"/>
      <w:r w:rsidRPr="00AB09C6">
        <w:rPr>
          <w:rFonts w:ascii="Segoe UI Symbol" w:eastAsia="Yu Gothic UI" w:hAnsi="Segoe UI Symbol" w:cs="Segoe UI Symbol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छायाप्रती</w:t>
      </w:r>
      <w:proofErr w:type="spellEnd"/>
    </w:p>
    <w:p w14:paraId="5AF9355E" w14:textId="77777777" w:rsidR="00AB09C6" w:rsidRDefault="00AB09C6" w:rsidP="00AB09C6">
      <w:pPr>
        <w:spacing w:before="60" w:after="60"/>
        <w:rPr>
          <w:rFonts w:ascii="Mangal" w:eastAsia="Yu Gothic UI" w:hAnsi="Mangal" w:cs="Mangal"/>
        </w:rPr>
      </w:pPr>
    </w:p>
    <w:p w14:paraId="5C0D1AB7" w14:textId="77777777" w:rsidR="00AB09C6" w:rsidRPr="00AB09C6" w:rsidRDefault="00AB09C6" w:rsidP="00AB09C6">
      <w:pPr>
        <w:spacing w:before="60" w:after="60"/>
        <w:rPr>
          <w:rFonts w:ascii="Yu Gothic UI" w:eastAsia="Yu Gothic UI" w:hAnsi="Yu Gothic UI"/>
        </w:rPr>
      </w:pPr>
      <w:r w:rsidRPr="00AB09C6">
        <w:rPr>
          <w:rFonts w:ascii="Yu Gothic UI" w:eastAsia="Yu Gothic UI" w:hAnsi="Yu Gothic UI"/>
        </w:rPr>
        <w:t xml:space="preserve">⚠ Important Legal Information / </w:t>
      </w:r>
      <w:proofErr w:type="spellStart"/>
      <w:r w:rsidRPr="00AB09C6">
        <w:rPr>
          <w:rFonts w:ascii="Mangal" w:eastAsia="Yu Gothic UI" w:hAnsi="Mangal" w:cs="Mangal"/>
        </w:rPr>
        <w:t>महत्त्वाची</w:t>
      </w:r>
      <w:proofErr w:type="spellEnd"/>
      <w:r w:rsidRPr="00AB09C6">
        <w:rPr>
          <w:rFonts w:ascii="Yu Gothic UI" w:eastAsia="Yu Gothic UI" w:hAnsi="Yu Gothic UI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माहिती</w:t>
      </w:r>
      <w:proofErr w:type="spellEnd"/>
      <w:r w:rsidRPr="00AB09C6">
        <w:rPr>
          <w:rFonts w:ascii="Yu Gothic UI" w:eastAsia="Yu Gothic UI" w:hAnsi="Yu Gothic UI"/>
        </w:rPr>
        <w:t>:</w:t>
      </w:r>
    </w:p>
    <w:p w14:paraId="7DC6C474" w14:textId="77777777" w:rsidR="00AB09C6" w:rsidRPr="00AB09C6" w:rsidRDefault="00AB09C6" w:rsidP="00AB09C6">
      <w:pPr>
        <w:spacing w:before="60" w:after="60"/>
        <w:rPr>
          <w:rFonts w:ascii="Yu Gothic UI" w:eastAsia="Yu Gothic UI" w:hAnsi="Yu Gothic UI"/>
        </w:rPr>
      </w:pPr>
      <w:r w:rsidRPr="00AB09C6">
        <w:rPr>
          <w:rFonts w:ascii="Yu Gothic UI" w:eastAsia="Yu Gothic UI" w:hAnsi="Yu Gothic UI" w:hint="eastAsia"/>
        </w:rPr>
        <w:t>•</w:t>
      </w:r>
      <w:r w:rsidRPr="00AB09C6">
        <w:rPr>
          <w:rFonts w:ascii="Yu Gothic UI" w:eastAsia="Yu Gothic UI" w:hAnsi="Yu Gothic UI"/>
        </w:rPr>
        <w:t xml:space="preserve"> Domicile Certificate issued in Maharashtra is permanently valid unless specified otherwise by specific institutional</w:t>
      </w:r>
    </w:p>
    <w:p w14:paraId="4D6B9E82" w14:textId="77777777" w:rsidR="00AB09C6" w:rsidRPr="00AB09C6" w:rsidRDefault="00AB09C6" w:rsidP="00AB09C6">
      <w:pPr>
        <w:spacing w:before="60" w:after="60"/>
        <w:rPr>
          <w:rFonts w:ascii="Yu Gothic UI" w:eastAsia="Yu Gothic UI" w:hAnsi="Yu Gothic UI"/>
        </w:rPr>
      </w:pPr>
      <w:r w:rsidRPr="00AB09C6">
        <w:rPr>
          <w:rFonts w:ascii="Yu Gothic UI" w:eastAsia="Yu Gothic UI" w:hAnsi="Yu Gothic UI"/>
        </w:rPr>
        <w:t>requirements.</w:t>
      </w:r>
    </w:p>
    <w:p w14:paraId="34ACD18C" w14:textId="77777777" w:rsidR="00AB09C6" w:rsidRPr="00AB09C6" w:rsidRDefault="00AB09C6" w:rsidP="00AB09C6">
      <w:pPr>
        <w:spacing w:before="60" w:after="60"/>
        <w:rPr>
          <w:rFonts w:ascii="Yu Gothic UI" w:eastAsia="Yu Gothic UI" w:hAnsi="Yu Gothic UI"/>
        </w:rPr>
      </w:pPr>
      <w:r w:rsidRPr="00AB09C6">
        <w:rPr>
          <w:rFonts w:ascii="Yu Gothic UI" w:eastAsia="Yu Gothic UI" w:hAnsi="Yu Gothic UI" w:hint="eastAsia"/>
        </w:rPr>
        <w:t>•</w:t>
      </w:r>
      <w:r w:rsidRPr="00AB09C6">
        <w:rPr>
          <w:rFonts w:ascii="Yu Gothic UI" w:eastAsia="Yu Gothic UI" w:hAnsi="Yu Gothic UI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अधिवास</w:t>
      </w:r>
      <w:proofErr w:type="spellEnd"/>
      <w:r w:rsidRPr="00AB09C6">
        <w:rPr>
          <w:rFonts w:ascii="Yu Gothic UI" w:eastAsia="Yu Gothic UI" w:hAnsi="Yu Gothic UI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प्रमाणपत्र</w:t>
      </w:r>
      <w:proofErr w:type="spellEnd"/>
      <w:r w:rsidRPr="00AB09C6">
        <w:rPr>
          <w:rFonts w:ascii="Yu Gothic UI" w:eastAsia="Yu Gothic UI" w:hAnsi="Yu Gothic UI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हे</w:t>
      </w:r>
      <w:proofErr w:type="spellEnd"/>
      <w:r w:rsidRPr="00AB09C6">
        <w:rPr>
          <w:rFonts w:ascii="Yu Gothic UI" w:eastAsia="Yu Gothic UI" w:hAnsi="Yu Gothic UI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कायमस्वरूपी</w:t>
      </w:r>
      <w:proofErr w:type="spellEnd"/>
      <w:r w:rsidRPr="00AB09C6">
        <w:rPr>
          <w:rFonts w:ascii="Yu Gothic UI" w:eastAsia="Yu Gothic UI" w:hAnsi="Yu Gothic UI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दस्तऐवज</w:t>
      </w:r>
      <w:proofErr w:type="spellEnd"/>
      <w:r w:rsidRPr="00AB09C6">
        <w:rPr>
          <w:rFonts w:ascii="Yu Gothic UI" w:eastAsia="Yu Gothic UI" w:hAnsi="Yu Gothic UI"/>
        </w:rPr>
        <w:t xml:space="preserve"> </w:t>
      </w:r>
      <w:proofErr w:type="spellStart"/>
      <w:r w:rsidRPr="00AB09C6">
        <w:rPr>
          <w:rFonts w:ascii="Mangal" w:eastAsia="Yu Gothic UI" w:hAnsi="Mangal" w:cs="Mangal"/>
        </w:rPr>
        <w:t>आहे</w:t>
      </w:r>
      <w:proofErr w:type="spellEnd"/>
      <w:r w:rsidRPr="00AB09C6">
        <w:rPr>
          <w:rFonts w:ascii="Yu Gothic UI" w:eastAsia="Yu Gothic UI" w:hAnsi="Yu Gothic UI"/>
        </w:rPr>
        <w:t>.</w:t>
      </w:r>
    </w:p>
    <w:p w14:paraId="68F9234E" w14:textId="75D69BC5" w:rsidR="00AB09C6" w:rsidRPr="009E601E" w:rsidRDefault="00AB09C6" w:rsidP="00AB09C6">
      <w:pPr>
        <w:spacing w:before="60" w:after="60"/>
        <w:rPr>
          <w:rFonts w:ascii="Yu Gothic UI" w:eastAsia="Yu Gothic UI" w:hAnsi="Yu Gothic UI"/>
        </w:rPr>
      </w:pPr>
      <w:r w:rsidRPr="00AB09C6">
        <w:rPr>
          <w:rFonts w:ascii="Yu Gothic UI" w:eastAsia="Yu Gothic UI" w:hAnsi="Yu Gothic UI" w:hint="eastAsia"/>
        </w:rPr>
        <w:t>•</w:t>
      </w:r>
      <w:r w:rsidRPr="00AB09C6">
        <w:rPr>
          <w:rFonts w:ascii="Yu Gothic UI" w:eastAsia="Yu Gothic UI" w:hAnsi="Yu Gothic UI"/>
        </w:rPr>
        <w:t xml:space="preserve"> Legal basis: Maharashtra Right to Public Services Act, 2015 | Revenue &amp;amp; Forest Department Rules | Minimum 15 Years</w:t>
      </w:r>
      <w:r>
        <w:rPr>
          <w:rFonts w:ascii="Yu Gothic UI" w:eastAsia="Yu Gothic UI" w:hAnsi="Yu Gothic UI"/>
        </w:rPr>
        <w:t xml:space="preserve"> </w:t>
      </w:r>
      <w:r w:rsidRPr="00AB09C6">
        <w:rPr>
          <w:rFonts w:ascii="Yu Gothic UI" w:eastAsia="Yu Gothic UI" w:hAnsi="Yu Gothic UI"/>
        </w:rPr>
        <w:t>Continuous Domicile Requirement.</w:t>
      </w:r>
    </w:p>
    <w:sectPr w:rsidR="00AB09C6" w:rsidRPr="009E601E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28738">
    <w:abstractNumId w:val="8"/>
  </w:num>
  <w:num w:numId="2" w16cid:durableId="330644082">
    <w:abstractNumId w:val="6"/>
  </w:num>
  <w:num w:numId="3" w16cid:durableId="1633288973">
    <w:abstractNumId w:val="5"/>
  </w:num>
  <w:num w:numId="4" w16cid:durableId="1274557717">
    <w:abstractNumId w:val="4"/>
  </w:num>
  <w:num w:numId="5" w16cid:durableId="848065553">
    <w:abstractNumId w:val="7"/>
  </w:num>
  <w:num w:numId="6" w16cid:durableId="1866867987">
    <w:abstractNumId w:val="3"/>
  </w:num>
  <w:num w:numId="7" w16cid:durableId="294264263">
    <w:abstractNumId w:val="2"/>
  </w:num>
  <w:num w:numId="8" w16cid:durableId="44499432">
    <w:abstractNumId w:val="1"/>
  </w:num>
  <w:num w:numId="9" w16cid:durableId="1033767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26E"/>
    <w:rsid w:val="0006063C"/>
    <w:rsid w:val="000B4CC5"/>
    <w:rsid w:val="000E441C"/>
    <w:rsid w:val="0015074B"/>
    <w:rsid w:val="00227AEA"/>
    <w:rsid w:val="00230C51"/>
    <w:rsid w:val="00237FDA"/>
    <w:rsid w:val="0029639D"/>
    <w:rsid w:val="00326F90"/>
    <w:rsid w:val="003A52FF"/>
    <w:rsid w:val="003C1295"/>
    <w:rsid w:val="003F3E55"/>
    <w:rsid w:val="0042297C"/>
    <w:rsid w:val="00456DC7"/>
    <w:rsid w:val="00510F92"/>
    <w:rsid w:val="005A431A"/>
    <w:rsid w:val="00616347"/>
    <w:rsid w:val="00617330"/>
    <w:rsid w:val="006A2A59"/>
    <w:rsid w:val="006C4474"/>
    <w:rsid w:val="007420DD"/>
    <w:rsid w:val="0080235B"/>
    <w:rsid w:val="008144F4"/>
    <w:rsid w:val="00824C4C"/>
    <w:rsid w:val="008459DB"/>
    <w:rsid w:val="008C668A"/>
    <w:rsid w:val="009E601E"/>
    <w:rsid w:val="00A41DD7"/>
    <w:rsid w:val="00AA1D8D"/>
    <w:rsid w:val="00AB09C6"/>
    <w:rsid w:val="00AE0455"/>
    <w:rsid w:val="00B47730"/>
    <w:rsid w:val="00BA6DDB"/>
    <w:rsid w:val="00C044ED"/>
    <w:rsid w:val="00C96FDC"/>
    <w:rsid w:val="00CB0664"/>
    <w:rsid w:val="00DB0395"/>
    <w:rsid w:val="00DB1C37"/>
    <w:rsid w:val="00DC0835"/>
    <w:rsid w:val="00E4434B"/>
    <w:rsid w:val="00E8341E"/>
    <w:rsid w:val="00E834F7"/>
    <w:rsid w:val="00E85E19"/>
    <w:rsid w:val="00E95598"/>
    <w:rsid w:val="00EF34B2"/>
    <w:rsid w:val="00F71839"/>
    <w:rsid w:val="00FC58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EE5F8B"/>
  <w14:defaultImageDpi w14:val="300"/>
  <w15:docId w15:val="{5306FDBA-5D0F-4465-8EDE-457CB5E2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rsid w:val="00FC693F"/>
    <w:rPr>
      <w:rFonts w:ascii="Calibri" w:eastAsia="MS Gothic" w:hAnsi="Calibri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customStyle="1" w:styleId="MacroTextChar">
    <w:name w:val="Macro Text Char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link w:val="Heading4"/>
    <w:uiPriority w:val="9"/>
    <w:semiHidden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FC693F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uiPriority w:val="22"/>
    <w:qFormat/>
    <w:rsid w:val="00FC693F"/>
    <w:rPr>
      <w:b/>
      <w:bCs/>
    </w:rPr>
  </w:style>
  <w:style w:type="character" w:styleId="Emphasis">
    <w:name w:val="Emphasis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1253</Words>
  <Characters>7421</Characters>
  <Application>Microsoft Office Word</Application>
  <DocSecurity>0</DocSecurity>
  <Lines>190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Rohit Ramname</cp:lastModifiedBy>
  <cp:revision>4</cp:revision>
  <dcterms:created xsi:type="dcterms:W3CDTF">2026-08-17T20:22:00Z</dcterms:created>
  <dcterms:modified xsi:type="dcterms:W3CDTF">2026-08-17T20:30:00Z</dcterms:modified>
  <cp:category/>
</cp:coreProperties>
</file>